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0889897" w14:textId="287BA7B0" w:rsidR="00483D19" w:rsidRDefault="0065268E">
      <w:pPr>
        <w:jc w:val="center"/>
      </w:pPr>
      <w:proofErr w:type="spellStart"/>
      <w:r>
        <w:rPr>
          <w:b/>
          <w:sz w:val="28"/>
        </w:rPr>
        <w:t>Şertnama</w:t>
      </w:r>
      <w:proofErr w:type="spellEnd"/>
      <w:r w:rsidR="00B76DF6">
        <w:rPr>
          <w:b/>
          <w:sz w:val="28"/>
        </w:rPr>
        <w:br/>
      </w:r>
      <w:proofErr w:type="spellStart"/>
      <w:r w:rsidR="00B76DF6">
        <w:rPr>
          <w:b/>
          <w:sz w:val="28"/>
        </w:rPr>
        <w:t>Goşmaça</w:t>
      </w:r>
      <w:proofErr w:type="spellEnd"/>
      <w:r w:rsidR="00B76DF6">
        <w:rPr>
          <w:b/>
          <w:sz w:val="28"/>
        </w:rPr>
        <w:t xml:space="preserve"> </w:t>
      </w:r>
      <w:proofErr w:type="spellStart"/>
      <w:r w:rsidR="00B76DF6">
        <w:rPr>
          <w:b/>
          <w:sz w:val="28"/>
        </w:rPr>
        <w:t>hyzmatlaryň</w:t>
      </w:r>
      <w:proofErr w:type="spellEnd"/>
      <w:r w:rsidR="00B76DF6">
        <w:rPr>
          <w:b/>
          <w:sz w:val="28"/>
        </w:rPr>
        <w:t xml:space="preserve"> </w:t>
      </w:r>
      <w:proofErr w:type="spellStart"/>
      <w:r w:rsidR="00B76DF6">
        <w:rPr>
          <w:b/>
          <w:sz w:val="28"/>
        </w:rPr>
        <w:t>görkezilmesi</w:t>
      </w:r>
      <w:proofErr w:type="spellEnd"/>
      <w:r w:rsidR="00B76DF6">
        <w:rPr>
          <w:b/>
          <w:sz w:val="28"/>
        </w:rPr>
        <w:br/>
        <w:t>(ýaşaýyş jaýda şahsy elektrik enjamlarynyň ulanylmagy)</w:t>
      </w:r>
    </w:p>
    <w:p w14:paraId="7352D35C" w14:textId="34C7143C" w:rsidR="00483D19" w:rsidRDefault="00B76DF6">
      <w:pPr>
        <w:jc w:val="right"/>
      </w:pPr>
      <w:r>
        <w:t>№ ______________________</w:t>
      </w:r>
      <w:r>
        <w:br/>
      </w:r>
      <w:r>
        <w:br/>
      </w:r>
      <w:r w:rsidR="00504176">
        <w:t>ş.</w:t>
      </w:r>
      <w:r>
        <w:t xml:space="preserve">. </w:t>
      </w:r>
      <w:proofErr w:type="spellStart"/>
      <w:r>
        <w:t>Woron</w:t>
      </w:r>
      <w:r w:rsidR="00C521EF">
        <w:t>ež</w:t>
      </w:r>
      <w:proofErr w:type="spellEnd"/>
      <w:r>
        <w:t xml:space="preserve"> ___.___.20___</w:t>
      </w:r>
    </w:p>
    <w:p w14:paraId="4B836FF3" w14:textId="54076EF4" w:rsidR="00483D19" w:rsidRDefault="00B76DF6">
      <w:r>
        <w:t>"</w:t>
      </w:r>
      <w:proofErr w:type="spellStart"/>
      <w:r>
        <w:t>Woron</w:t>
      </w:r>
      <w:r w:rsidR="00931AE1">
        <w:t>ež</w:t>
      </w:r>
      <w:proofErr w:type="spellEnd"/>
      <w:r w:rsidR="00931AE1">
        <w:t xml:space="preserve"> </w:t>
      </w:r>
      <w:proofErr w:type="spellStart"/>
      <w:r>
        <w:t>Döwlet</w:t>
      </w:r>
      <w:proofErr w:type="spellEnd"/>
      <w:r>
        <w:t xml:space="preserve"> </w:t>
      </w:r>
      <w:proofErr w:type="spellStart"/>
      <w:r>
        <w:t>Uniwersiteti</w:t>
      </w:r>
      <w:proofErr w:type="spellEnd"/>
      <w:r>
        <w:t xml:space="preserve">" ("WDU") adyndaky Federal Döwlet Býujetli Ýokary Bilim Berýän Gurama, </w:t>
      </w:r>
      <w:proofErr w:type="spellStart"/>
      <w:r>
        <w:t>mundan</w:t>
      </w:r>
      <w:proofErr w:type="spellEnd"/>
      <w:r>
        <w:t xml:space="preserve"> </w:t>
      </w:r>
      <w:proofErr w:type="spellStart"/>
      <w:r>
        <w:t>beýläk</w:t>
      </w:r>
      <w:proofErr w:type="spellEnd"/>
      <w:r>
        <w:t xml:space="preserve"> "</w:t>
      </w:r>
      <w:proofErr w:type="spellStart"/>
      <w:r>
        <w:t>Ýerine</w:t>
      </w:r>
      <w:proofErr w:type="spellEnd"/>
      <w:r>
        <w:t xml:space="preserve"> </w:t>
      </w:r>
      <w:proofErr w:type="spellStart"/>
      <w:r>
        <w:t>Ýetir</w:t>
      </w:r>
      <w:r w:rsidR="0012302A">
        <w:t>iji</w:t>
      </w:r>
      <w:proofErr w:type="spellEnd"/>
      <w:r>
        <w:t xml:space="preserve">" </w:t>
      </w:r>
      <w:proofErr w:type="spellStart"/>
      <w:r>
        <w:t>diýilýär</w:t>
      </w:r>
      <w:proofErr w:type="spellEnd"/>
      <w:r>
        <w:t>, ______________________________________________________________</w:t>
      </w:r>
      <w:r>
        <w:br/>
      </w:r>
      <w:proofErr w:type="spellStart"/>
      <w:r>
        <w:t>wezipesi</w:t>
      </w:r>
      <w:proofErr w:type="spellEnd"/>
      <w:r>
        <w:t>, F.A.A. doly</w:t>
      </w:r>
      <w:r>
        <w:br/>
        <w:t>______________________________________________________________</w:t>
      </w:r>
      <w:r>
        <w:br/>
      </w:r>
      <w:r>
        <w:t>tarapyndan № _____ sany ygtyýarlyk hataryndan ___.___.20___ senesinde hereket edýär, bir tarapdan, we raýat</w:t>
      </w:r>
      <w:r>
        <w:br/>
        <w:t>____________________________________________________________________________</w:t>
      </w:r>
      <w:r>
        <w:br/>
        <w:t>F.A.A. doly</w:t>
      </w:r>
      <w:r>
        <w:br/>
        <w:t>____________________________________________________________________________</w:t>
      </w:r>
      <w:r>
        <w:br/>
        <w:t>mundan beýläk "Sarp Ediji" diýilýär, ikinji tarapdan, aşakdaky şertnamany baglaşdyrdylar.</w:t>
      </w:r>
    </w:p>
    <w:p w14:paraId="0C6A9CF7" w14:textId="77777777" w:rsidR="00483D19" w:rsidRDefault="00B76DF6">
      <w:r>
        <w:rPr>
          <w:b/>
        </w:rPr>
        <w:t>1. Şertnamanyň Mazmuny</w:t>
      </w:r>
    </w:p>
    <w:p w14:paraId="7114617B" w14:textId="70EC8BA8" w:rsidR="00483D19" w:rsidRDefault="00B76DF6">
      <w:r>
        <w:t xml:space="preserve">1.1. Ýerine Ýetirýän Sarp Edijä, ýaşaýyş jaý № </w:t>
      </w:r>
      <w:proofErr w:type="spellStart"/>
      <w:r>
        <w:t>_____-da</w:t>
      </w:r>
      <w:proofErr w:type="spellEnd"/>
      <w:r>
        <w:t xml:space="preserve"> </w:t>
      </w:r>
      <w:proofErr w:type="spellStart"/>
      <w:r>
        <w:t>ýaşaýana</w:t>
      </w:r>
      <w:proofErr w:type="spellEnd"/>
      <w:r>
        <w:t>,</w:t>
      </w:r>
      <w:r>
        <w:t xml:space="preserve"> </w:t>
      </w:r>
      <w:proofErr w:type="spellStart"/>
      <w:r>
        <w:t>salgysy</w:t>
      </w:r>
      <w:proofErr w:type="spellEnd"/>
      <w:r>
        <w:t xml:space="preserve">: </w:t>
      </w:r>
      <w:r w:rsidR="000611F1">
        <w:t>ş</w:t>
      </w:r>
      <w:r>
        <w:t xml:space="preserve">. </w:t>
      </w:r>
      <w:proofErr w:type="spellStart"/>
      <w:r>
        <w:t>Woron</w:t>
      </w:r>
      <w:r w:rsidR="00C154CB">
        <w:t>ež</w:t>
      </w:r>
      <w:proofErr w:type="spellEnd"/>
      <w:r>
        <w:t xml:space="preserve">, ______________________, </w:t>
      </w:r>
      <w:proofErr w:type="spellStart"/>
      <w:r>
        <w:t>jaý</w:t>
      </w:r>
      <w:proofErr w:type="spellEnd"/>
      <w:r>
        <w:t xml:space="preserve"> № _____, korpus _____, kw. _____ otag _____, aşakdaky şahsy elektrik enjamlaryny ulanyp bilmek üçin goşmaça hyzmatlary hökmany däl tertipde isleg hatarynda hödürleýär:</w:t>
      </w:r>
    </w:p>
    <w:tbl>
      <w:tblPr>
        <w:tblStyle w:val="aff0"/>
        <w:tblW w:w="0" w:type="auto"/>
        <w:tblLook w:val="04A0" w:firstRow="1" w:lastRow="0" w:firstColumn="1" w:lastColumn="0" w:noHBand="0" w:noVBand="1"/>
      </w:tblPr>
      <w:tblGrid>
        <w:gridCol w:w="2880"/>
        <w:gridCol w:w="2880"/>
        <w:gridCol w:w="2880"/>
      </w:tblGrid>
      <w:tr w:rsidR="00483D19" w14:paraId="74D6B05E" w14:textId="77777777">
        <w:tc>
          <w:tcPr>
            <w:tcW w:w="2880" w:type="dxa"/>
          </w:tcPr>
          <w:p w14:paraId="35EC9CE7" w14:textId="77777777" w:rsidR="00483D19" w:rsidRDefault="00B76DF6">
            <w:r>
              <w:t>Elektrik enjamyň ady</w:t>
            </w:r>
          </w:p>
        </w:tc>
        <w:tc>
          <w:tcPr>
            <w:tcW w:w="2880" w:type="dxa"/>
          </w:tcPr>
          <w:p w14:paraId="514C0F13" w14:textId="1957BFB2" w:rsidR="00483D19" w:rsidRDefault="00B76DF6">
            <w:r>
              <w:t>Goşmaça hyzmatyň bahasy,</w:t>
            </w:r>
            <w:r>
              <w:br/>
            </w:r>
            <w:proofErr w:type="spellStart"/>
            <w:r>
              <w:t>aýlyk</w:t>
            </w:r>
            <w:proofErr w:type="spellEnd"/>
            <w:r>
              <w:t xml:space="preserve"> </w:t>
            </w:r>
            <w:proofErr w:type="spellStart"/>
            <w:r w:rsidR="005C0E32">
              <w:t>töleg</w:t>
            </w:r>
            <w:proofErr w:type="spellEnd"/>
          </w:p>
        </w:tc>
        <w:tc>
          <w:tcPr>
            <w:tcW w:w="2880" w:type="dxa"/>
          </w:tcPr>
          <w:p w14:paraId="6DEB3ED7" w14:textId="77777777" w:rsidR="00483D19" w:rsidRDefault="00B76DF6">
            <w:r>
              <w:t>Bellik</w:t>
            </w:r>
          </w:p>
        </w:tc>
      </w:tr>
      <w:tr w:rsidR="00483D19" w14:paraId="64509586" w14:textId="77777777">
        <w:tc>
          <w:tcPr>
            <w:tcW w:w="2880" w:type="dxa"/>
          </w:tcPr>
          <w:p w14:paraId="6B390680" w14:textId="77777777" w:rsidR="00483D19" w:rsidRDefault="00B76DF6">
            <w:r>
              <w:t>Elektrik çäýnek</w:t>
            </w:r>
          </w:p>
        </w:tc>
        <w:tc>
          <w:tcPr>
            <w:tcW w:w="2880" w:type="dxa"/>
          </w:tcPr>
          <w:p w14:paraId="05BB3C30" w14:textId="77777777" w:rsidR="00483D19" w:rsidRDefault="00483D19"/>
        </w:tc>
        <w:tc>
          <w:tcPr>
            <w:tcW w:w="2880" w:type="dxa"/>
          </w:tcPr>
          <w:p w14:paraId="7B00AF43" w14:textId="77777777" w:rsidR="00483D19" w:rsidRDefault="00483D19"/>
        </w:tc>
      </w:tr>
      <w:tr w:rsidR="00483D19" w14:paraId="2F2DECB3" w14:textId="77777777">
        <w:tc>
          <w:tcPr>
            <w:tcW w:w="2880" w:type="dxa"/>
          </w:tcPr>
          <w:p w14:paraId="02851D03" w14:textId="77777777" w:rsidR="00483D19" w:rsidRDefault="00B76DF6">
            <w:r>
              <w:t>Elektrik gyzdyrjy</w:t>
            </w:r>
          </w:p>
        </w:tc>
        <w:tc>
          <w:tcPr>
            <w:tcW w:w="2880" w:type="dxa"/>
          </w:tcPr>
          <w:p w14:paraId="47B69BB6" w14:textId="77777777" w:rsidR="00483D19" w:rsidRDefault="00483D19"/>
        </w:tc>
        <w:tc>
          <w:tcPr>
            <w:tcW w:w="2880" w:type="dxa"/>
          </w:tcPr>
          <w:p w14:paraId="4380619F" w14:textId="77777777" w:rsidR="00483D19" w:rsidRDefault="00483D19"/>
        </w:tc>
      </w:tr>
      <w:tr w:rsidR="00483D19" w14:paraId="680C5AC1" w14:textId="77777777">
        <w:tc>
          <w:tcPr>
            <w:tcW w:w="2880" w:type="dxa"/>
          </w:tcPr>
          <w:p w14:paraId="0FDE6400" w14:textId="77777777" w:rsidR="00483D19" w:rsidRDefault="00B76DF6">
            <w:r>
              <w:t>Göçme kompýuter (noutbuk)</w:t>
            </w:r>
          </w:p>
        </w:tc>
        <w:tc>
          <w:tcPr>
            <w:tcW w:w="2880" w:type="dxa"/>
          </w:tcPr>
          <w:p w14:paraId="61AF06BA" w14:textId="77777777" w:rsidR="00483D19" w:rsidRDefault="00483D19"/>
        </w:tc>
        <w:tc>
          <w:tcPr>
            <w:tcW w:w="2880" w:type="dxa"/>
          </w:tcPr>
          <w:p w14:paraId="12A1E64A" w14:textId="77777777" w:rsidR="00483D19" w:rsidRDefault="00483D19"/>
        </w:tc>
      </w:tr>
      <w:tr w:rsidR="00483D19" w14:paraId="3790619E" w14:textId="77777777">
        <w:tc>
          <w:tcPr>
            <w:tcW w:w="2880" w:type="dxa"/>
          </w:tcPr>
          <w:p w14:paraId="3D028EF5" w14:textId="77777777" w:rsidR="00483D19" w:rsidRDefault="00B76DF6">
            <w:r>
              <w:t>Planset</w:t>
            </w:r>
          </w:p>
        </w:tc>
        <w:tc>
          <w:tcPr>
            <w:tcW w:w="2880" w:type="dxa"/>
          </w:tcPr>
          <w:p w14:paraId="2633159C" w14:textId="77777777" w:rsidR="00483D19" w:rsidRDefault="00483D19"/>
        </w:tc>
        <w:tc>
          <w:tcPr>
            <w:tcW w:w="2880" w:type="dxa"/>
          </w:tcPr>
          <w:p w14:paraId="10D0DBE4" w14:textId="77777777" w:rsidR="00483D19" w:rsidRDefault="00483D19"/>
        </w:tc>
      </w:tr>
      <w:tr w:rsidR="00483D19" w14:paraId="2FF4AFD1" w14:textId="77777777">
        <w:tc>
          <w:tcPr>
            <w:tcW w:w="2880" w:type="dxa"/>
          </w:tcPr>
          <w:p w14:paraId="38FDAF2F" w14:textId="77777777" w:rsidR="00483D19" w:rsidRDefault="00B76DF6">
            <w:r>
              <w:t>Stasionar kompýuter</w:t>
            </w:r>
          </w:p>
        </w:tc>
        <w:tc>
          <w:tcPr>
            <w:tcW w:w="2880" w:type="dxa"/>
          </w:tcPr>
          <w:p w14:paraId="77366E2B" w14:textId="77777777" w:rsidR="00483D19" w:rsidRDefault="00483D19"/>
        </w:tc>
        <w:tc>
          <w:tcPr>
            <w:tcW w:w="2880" w:type="dxa"/>
          </w:tcPr>
          <w:p w14:paraId="7E2D6E7D" w14:textId="77777777" w:rsidR="00483D19" w:rsidRDefault="00483D19"/>
        </w:tc>
      </w:tr>
      <w:tr w:rsidR="00483D19" w14:paraId="58E79A38" w14:textId="77777777">
        <w:tc>
          <w:tcPr>
            <w:tcW w:w="2880" w:type="dxa"/>
          </w:tcPr>
          <w:p w14:paraId="5909A8E2" w14:textId="77777777" w:rsidR="00483D19" w:rsidRDefault="00B76DF6">
            <w:r>
              <w:t>Printer</w:t>
            </w:r>
          </w:p>
        </w:tc>
        <w:tc>
          <w:tcPr>
            <w:tcW w:w="2880" w:type="dxa"/>
          </w:tcPr>
          <w:p w14:paraId="62A0DCA3" w14:textId="77777777" w:rsidR="00483D19" w:rsidRDefault="00483D19"/>
        </w:tc>
        <w:tc>
          <w:tcPr>
            <w:tcW w:w="2880" w:type="dxa"/>
          </w:tcPr>
          <w:p w14:paraId="503D40B1" w14:textId="77777777" w:rsidR="00483D19" w:rsidRDefault="00483D19"/>
        </w:tc>
      </w:tr>
      <w:tr w:rsidR="00483D19" w14:paraId="51BA11F0" w14:textId="77777777">
        <w:tc>
          <w:tcPr>
            <w:tcW w:w="2880" w:type="dxa"/>
          </w:tcPr>
          <w:p w14:paraId="481440F7" w14:textId="77777777" w:rsidR="00483D19" w:rsidRDefault="00B76DF6">
            <w:r>
              <w:t>Telewizor</w:t>
            </w:r>
          </w:p>
        </w:tc>
        <w:tc>
          <w:tcPr>
            <w:tcW w:w="2880" w:type="dxa"/>
          </w:tcPr>
          <w:p w14:paraId="4C0D2FC7" w14:textId="77777777" w:rsidR="00483D19" w:rsidRDefault="00483D19"/>
        </w:tc>
        <w:tc>
          <w:tcPr>
            <w:tcW w:w="2880" w:type="dxa"/>
          </w:tcPr>
          <w:p w14:paraId="30EEBC49" w14:textId="77777777" w:rsidR="00483D19" w:rsidRDefault="00483D19"/>
        </w:tc>
      </w:tr>
      <w:tr w:rsidR="00483D19" w14:paraId="4AADF11C" w14:textId="77777777">
        <w:tc>
          <w:tcPr>
            <w:tcW w:w="2880" w:type="dxa"/>
          </w:tcPr>
          <w:p w14:paraId="6A4F00B9" w14:textId="77777777" w:rsidR="00483D19" w:rsidRDefault="00B76DF6">
            <w:r>
              <w:t>Häzirki ýyldyz antenasy</w:t>
            </w:r>
          </w:p>
        </w:tc>
        <w:tc>
          <w:tcPr>
            <w:tcW w:w="2880" w:type="dxa"/>
          </w:tcPr>
          <w:p w14:paraId="73DB9F8E" w14:textId="77777777" w:rsidR="00483D19" w:rsidRDefault="00483D19"/>
        </w:tc>
        <w:tc>
          <w:tcPr>
            <w:tcW w:w="2880" w:type="dxa"/>
          </w:tcPr>
          <w:p w14:paraId="4B850F6F" w14:textId="77777777" w:rsidR="00483D19" w:rsidRDefault="00483D19"/>
        </w:tc>
      </w:tr>
      <w:tr w:rsidR="00483D19" w14:paraId="2A245595" w14:textId="77777777">
        <w:tc>
          <w:tcPr>
            <w:tcW w:w="2880" w:type="dxa"/>
          </w:tcPr>
          <w:p w14:paraId="0E07AC92" w14:textId="77777777" w:rsidR="00483D19" w:rsidRDefault="00B76DF6">
            <w:r>
              <w:t>Audio- we wideotehnika</w:t>
            </w:r>
          </w:p>
        </w:tc>
        <w:tc>
          <w:tcPr>
            <w:tcW w:w="2880" w:type="dxa"/>
          </w:tcPr>
          <w:p w14:paraId="57741802" w14:textId="77777777" w:rsidR="00483D19" w:rsidRDefault="00483D19"/>
        </w:tc>
        <w:tc>
          <w:tcPr>
            <w:tcW w:w="2880" w:type="dxa"/>
          </w:tcPr>
          <w:p w14:paraId="1BC9DCB2" w14:textId="77777777" w:rsidR="00483D19" w:rsidRDefault="00483D19"/>
        </w:tc>
      </w:tr>
      <w:tr w:rsidR="00483D19" w14:paraId="5C42F495" w14:textId="77777777">
        <w:tc>
          <w:tcPr>
            <w:tcW w:w="2880" w:type="dxa"/>
          </w:tcPr>
          <w:p w14:paraId="4EF40274" w14:textId="77777777" w:rsidR="00483D19" w:rsidRDefault="00B76DF6">
            <w:r>
              <w:lastRenderedPageBreak/>
              <w:t>Sowadyjy</w:t>
            </w:r>
          </w:p>
        </w:tc>
        <w:tc>
          <w:tcPr>
            <w:tcW w:w="2880" w:type="dxa"/>
          </w:tcPr>
          <w:p w14:paraId="020F075E" w14:textId="77777777" w:rsidR="00483D19" w:rsidRDefault="00483D19"/>
        </w:tc>
        <w:tc>
          <w:tcPr>
            <w:tcW w:w="2880" w:type="dxa"/>
          </w:tcPr>
          <w:p w14:paraId="159A51DB" w14:textId="77777777" w:rsidR="00483D19" w:rsidRDefault="00483D19"/>
        </w:tc>
      </w:tr>
      <w:tr w:rsidR="00483D19" w14:paraId="55DE4FD7" w14:textId="77777777">
        <w:tc>
          <w:tcPr>
            <w:tcW w:w="2880" w:type="dxa"/>
          </w:tcPr>
          <w:p w14:paraId="0FADE78D" w14:textId="77777777" w:rsidR="00483D19" w:rsidRDefault="00B76DF6">
            <w:r>
              <w:t>Ýuwujy maşyn</w:t>
            </w:r>
          </w:p>
        </w:tc>
        <w:tc>
          <w:tcPr>
            <w:tcW w:w="2880" w:type="dxa"/>
          </w:tcPr>
          <w:p w14:paraId="1D98C386" w14:textId="77777777" w:rsidR="00483D19" w:rsidRDefault="00483D19"/>
        </w:tc>
        <w:tc>
          <w:tcPr>
            <w:tcW w:w="2880" w:type="dxa"/>
          </w:tcPr>
          <w:p w14:paraId="0891A11B" w14:textId="77777777" w:rsidR="00483D19" w:rsidRDefault="00483D19"/>
        </w:tc>
      </w:tr>
      <w:tr w:rsidR="00483D19" w14:paraId="6CA0789A" w14:textId="77777777">
        <w:tc>
          <w:tcPr>
            <w:tcW w:w="2880" w:type="dxa"/>
          </w:tcPr>
          <w:p w14:paraId="4CA9CC70" w14:textId="77777777" w:rsidR="00483D19" w:rsidRDefault="00B76DF6">
            <w:r>
              <w:t>Ýuwujy maşyn (awtomat)</w:t>
            </w:r>
          </w:p>
        </w:tc>
        <w:tc>
          <w:tcPr>
            <w:tcW w:w="2880" w:type="dxa"/>
          </w:tcPr>
          <w:p w14:paraId="2914BCA8" w14:textId="77777777" w:rsidR="00483D19" w:rsidRDefault="00483D19"/>
        </w:tc>
        <w:tc>
          <w:tcPr>
            <w:tcW w:w="2880" w:type="dxa"/>
          </w:tcPr>
          <w:p w14:paraId="1B9635F3" w14:textId="77777777" w:rsidR="00483D19" w:rsidRDefault="00483D19"/>
        </w:tc>
      </w:tr>
      <w:tr w:rsidR="00483D19" w14:paraId="0309F976" w14:textId="77777777">
        <w:tc>
          <w:tcPr>
            <w:tcW w:w="2880" w:type="dxa"/>
          </w:tcPr>
          <w:p w14:paraId="633F972A" w14:textId="77777777" w:rsidR="00483D19" w:rsidRDefault="00B76DF6">
            <w:r>
              <w:t>Aşhana kombainy, et öwürijisi, mikser, şire çykaryjy</w:t>
            </w:r>
          </w:p>
        </w:tc>
        <w:tc>
          <w:tcPr>
            <w:tcW w:w="2880" w:type="dxa"/>
          </w:tcPr>
          <w:p w14:paraId="199723C4" w14:textId="77777777" w:rsidR="00483D19" w:rsidRDefault="00483D19"/>
        </w:tc>
        <w:tc>
          <w:tcPr>
            <w:tcW w:w="2880" w:type="dxa"/>
          </w:tcPr>
          <w:p w14:paraId="5643D332" w14:textId="77777777" w:rsidR="00483D19" w:rsidRDefault="00483D19"/>
        </w:tc>
      </w:tr>
      <w:tr w:rsidR="00483D19" w14:paraId="32AB1C82" w14:textId="77777777">
        <w:tc>
          <w:tcPr>
            <w:tcW w:w="2880" w:type="dxa"/>
          </w:tcPr>
          <w:p w14:paraId="30B3E49B" w14:textId="77777777" w:rsidR="00483D19" w:rsidRDefault="00B76DF6">
            <w:r>
              <w:t>Mikrotoşly peç</w:t>
            </w:r>
          </w:p>
        </w:tc>
        <w:tc>
          <w:tcPr>
            <w:tcW w:w="2880" w:type="dxa"/>
          </w:tcPr>
          <w:p w14:paraId="0055E5C2" w14:textId="77777777" w:rsidR="00483D19" w:rsidRDefault="00483D19"/>
        </w:tc>
        <w:tc>
          <w:tcPr>
            <w:tcW w:w="2880" w:type="dxa"/>
          </w:tcPr>
          <w:p w14:paraId="7A5BE69D" w14:textId="77777777" w:rsidR="00483D19" w:rsidRDefault="00483D19"/>
        </w:tc>
      </w:tr>
      <w:tr w:rsidR="00483D19" w14:paraId="4DD9F239" w14:textId="77777777">
        <w:tc>
          <w:tcPr>
            <w:tcW w:w="2880" w:type="dxa"/>
          </w:tcPr>
          <w:p w14:paraId="697178AC" w14:textId="77777777" w:rsidR="00483D19" w:rsidRDefault="00B76DF6">
            <w:r>
              <w:t>Buharly aşhana</w:t>
            </w:r>
          </w:p>
        </w:tc>
        <w:tc>
          <w:tcPr>
            <w:tcW w:w="2880" w:type="dxa"/>
          </w:tcPr>
          <w:p w14:paraId="412F4955" w14:textId="77777777" w:rsidR="00483D19" w:rsidRDefault="00483D19"/>
        </w:tc>
        <w:tc>
          <w:tcPr>
            <w:tcW w:w="2880" w:type="dxa"/>
          </w:tcPr>
          <w:p w14:paraId="4E1D1C77" w14:textId="77777777" w:rsidR="00483D19" w:rsidRDefault="00483D19"/>
        </w:tc>
      </w:tr>
      <w:tr w:rsidR="00483D19" w14:paraId="71B85B69" w14:textId="77777777">
        <w:tc>
          <w:tcPr>
            <w:tcW w:w="2880" w:type="dxa"/>
          </w:tcPr>
          <w:p w14:paraId="3D2E4B40" w14:textId="77777777" w:rsidR="00483D19" w:rsidRDefault="00B76DF6">
            <w:r>
              <w:t>Elektrik peç</w:t>
            </w:r>
          </w:p>
        </w:tc>
        <w:tc>
          <w:tcPr>
            <w:tcW w:w="2880" w:type="dxa"/>
          </w:tcPr>
          <w:p w14:paraId="3409A839" w14:textId="77777777" w:rsidR="00483D19" w:rsidRDefault="00483D19"/>
        </w:tc>
        <w:tc>
          <w:tcPr>
            <w:tcW w:w="2880" w:type="dxa"/>
          </w:tcPr>
          <w:p w14:paraId="7187619B" w14:textId="77777777" w:rsidR="00483D19" w:rsidRDefault="00483D19"/>
        </w:tc>
      </w:tr>
      <w:tr w:rsidR="00483D19" w14:paraId="628E842A" w14:textId="77777777">
        <w:tc>
          <w:tcPr>
            <w:tcW w:w="2880" w:type="dxa"/>
          </w:tcPr>
          <w:p w14:paraId="4897BEC2" w14:textId="77777777" w:rsidR="00483D19" w:rsidRDefault="00B76DF6">
            <w:r>
              <w:t>Multawarka</w:t>
            </w:r>
          </w:p>
        </w:tc>
        <w:tc>
          <w:tcPr>
            <w:tcW w:w="2880" w:type="dxa"/>
          </w:tcPr>
          <w:p w14:paraId="007DFCCF" w14:textId="77777777" w:rsidR="00483D19" w:rsidRDefault="00483D19"/>
        </w:tc>
        <w:tc>
          <w:tcPr>
            <w:tcW w:w="2880" w:type="dxa"/>
          </w:tcPr>
          <w:p w14:paraId="7C584CFD" w14:textId="77777777" w:rsidR="00483D19" w:rsidRDefault="00483D19"/>
        </w:tc>
      </w:tr>
      <w:tr w:rsidR="00483D19" w14:paraId="450B86CE" w14:textId="77777777">
        <w:tc>
          <w:tcPr>
            <w:tcW w:w="2880" w:type="dxa"/>
          </w:tcPr>
          <w:p w14:paraId="10712709" w14:textId="77777777" w:rsidR="00483D19" w:rsidRDefault="00B76DF6">
            <w:r>
              <w:t>Toster</w:t>
            </w:r>
          </w:p>
        </w:tc>
        <w:tc>
          <w:tcPr>
            <w:tcW w:w="2880" w:type="dxa"/>
          </w:tcPr>
          <w:p w14:paraId="5FF34DB3" w14:textId="77777777" w:rsidR="00483D19" w:rsidRDefault="00483D19"/>
        </w:tc>
        <w:tc>
          <w:tcPr>
            <w:tcW w:w="2880" w:type="dxa"/>
          </w:tcPr>
          <w:p w14:paraId="13F8A62B" w14:textId="77777777" w:rsidR="00483D19" w:rsidRDefault="00483D19"/>
        </w:tc>
      </w:tr>
      <w:tr w:rsidR="00483D19" w14:paraId="30D99728" w14:textId="77777777">
        <w:tc>
          <w:tcPr>
            <w:tcW w:w="2880" w:type="dxa"/>
          </w:tcPr>
          <w:p w14:paraId="663F55BD" w14:textId="77777777" w:rsidR="00483D19" w:rsidRDefault="00B76DF6">
            <w:r>
              <w:t>Kofe düzüjisi</w:t>
            </w:r>
          </w:p>
        </w:tc>
        <w:tc>
          <w:tcPr>
            <w:tcW w:w="2880" w:type="dxa"/>
          </w:tcPr>
          <w:p w14:paraId="26C929C0" w14:textId="77777777" w:rsidR="00483D19" w:rsidRDefault="00483D19"/>
        </w:tc>
        <w:tc>
          <w:tcPr>
            <w:tcW w:w="2880" w:type="dxa"/>
          </w:tcPr>
          <w:p w14:paraId="0E53686B" w14:textId="77777777" w:rsidR="00483D19" w:rsidRDefault="00483D19"/>
        </w:tc>
      </w:tr>
      <w:tr w:rsidR="00483D19" w14:paraId="157C53FB" w14:textId="77777777">
        <w:tc>
          <w:tcPr>
            <w:tcW w:w="2880" w:type="dxa"/>
          </w:tcPr>
          <w:p w14:paraId="26889B8C" w14:textId="77777777" w:rsidR="00483D19" w:rsidRDefault="00B76DF6">
            <w:r>
              <w:t>Fen</w:t>
            </w:r>
          </w:p>
        </w:tc>
        <w:tc>
          <w:tcPr>
            <w:tcW w:w="2880" w:type="dxa"/>
          </w:tcPr>
          <w:p w14:paraId="61C3FE4F" w14:textId="77777777" w:rsidR="00483D19" w:rsidRDefault="00483D19"/>
        </w:tc>
        <w:tc>
          <w:tcPr>
            <w:tcW w:w="2880" w:type="dxa"/>
          </w:tcPr>
          <w:p w14:paraId="36FFFC3C" w14:textId="77777777" w:rsidR="00483D19" w:rsidRDefault="00483D19"/>
        </w:tc>
      </w:tr>
      <w:tr w:rsidR="00483D19" w14:paraId="5B8867A7" w14:textId="77777777">
        <w:tc>
          <w:tcPr>
            <w:tcW w:w="2880" w:type="dxa"/>
          </w:tcPr>
          <w:p w14:paraId="5DAE70EA" w14:textId="77777777" w:rsidR="00483D19" w:rsidRDefault="00B76DF6">
            <w:r>
              <w:t>Ütük</w:t>
            </w:r>
          </w:p>
        </w:tc>
        <w:tc>
          <w:tcPr>
            <w:tcW w:w="2880" w:type="dxa"/>
          </w:tcPr>
          <w:p w14:paraId="082EABB6" w14:textId="77777777" w:rsidR="00483D19" w:rsidRDefault="00483D19"/>
        </w:tc>
        <w:tc>
          <w:tcPr>
            <w:tcW w:w="2880" w:type="dxa"/>
          </w:tcPr>
          <w:p w14:paraId="017E0B69" w14:textId="77777777" w:rsidR="00483D19" w:rsidRDefault="00483D19"/>
        </w:tc>
      </w:tr>
      <w:tr w:rsidR="00483D19" w14:paraId="4A3FA377" w14:textId="77777777">
        <w:tc>
          <w:tcPr>
            <w:tcW w:w="2880" w:type="dxa"/>
          </w:tcPr>
          <w:p w14:paraId="1AFD4777" w14:textId="77777777" w:rsidR="00483D19" w:rsidRDefault="00B76DF6">
            <w:r>
              <w:t>Stol wентиляторы</w:t>
            </w:r>
          </w:p>
        </w:tc>
        <w:tc>
          <w:tcPr>
            <w:tcW w:w="2880" w:type="dxa"/>
          </w:tcPr>
          <w:p w14:paraId="01AB5E5A" w14:textId="77777777" w:rsidR="00483D19" w:rsidRDefault="00483D19"/>
        </w:tc>
        <w:tc>
          <w:tcPr>
            <w:tcW w:w="2880" w:type="dxa"/>
          </w:tcPr>
          <w:p w14:paraId="264F4610" w14:textId="77777777" w:rsidR="00483D19" w:rsidRDefault="00483D19"/>
        </w:tc>
      </w:tr>
      <w:tr w:rsidR="00483D19" w14:paraId="7CA1091A" w14:textId="77777777">
        <w:tc>
          <w:tcPr>
            <w:tcW w:w="2880" w:type="dxa"/>
          </w:tcPr>
          <w:p w14:paraId="066ED9EF" w14:textId="77777777" w:rsidR="00483D19" w:rsidRDefault="00B76DF6">
            <w:r>
              <w:t>Pol wентиляторы</w:t>
            </w:r>
          </w:p>
        </w:tc>
        <w:tc>
          <w:tcPr>
            <w:tcW w:w="2880" w:type="dxa"/>
          </w:tcPr>
          <w:p w14:paraId="65AB6729" w14:textId="77777777" w:rsidR="00483D19" w:rsidRDefault="00483D19"/>
        </w:tc>
        <w:tc>
          <w:tcPr>
            <w:tcW w:w="2880" w:type="dxa"/>
          </w:tcPr>
          <w:p w14:paraId="7BA178B7" w14:textId="77777777" w:rsidR="00483D19" w:rsidRDefault="00483D19"/>
        </w:tc>
      </w:tr>
      <w:tr w:rsidR="00483D19" w14:paraId="7363973A" w14:textId="77777777">
        <w:tc>
          <w:tcPr>
            <w:tcW w:w="2880" w:type="dxa"/>
          </w:tcPr>
          <w:p w14:paraId="48E7179E" w14:textId="77777777" w:rsidR="00483D19" w:rsidRDefault="00B76DF6">
            <w:r>
              <w:t>Toz süpürüjisi</w:t>
            </w:r>
          </w:p>
        </w:tc>
        <w:tc>
          <w:tcPr>
            <w:tcW w:w="2880" w:type="dxa"/>
          </w:tcPr>
          <w:p w14:paraId="6481D4E6" w14:textId="77777777" w:rsidR="00483D19" w:rsidRDefault="00483D19"/>
        </w:tc>
        <w:tc>
          <w:tcPr>
            <w:tcW w:w="2880" w:type="dxa"/>
          </w:tcPr>
          <w:p w14:paraId="63D166DA" w14:textId="77777777" w:rsidR="00483D19" w:rsidRDefault="00483D19"/>
        </w:tc>
      </w:tr>
      <w:tr w:rsidR="00483D19" w14:paraId="159714B6" w14:textId="77777777">
        <w:tc>
          <w:tcPr>
            <w:tcW w:w="2880" w:type="dxa"/>
          </w:tcPr>
          <w:p w14:paraId="4EAD8AB3" w14:textId="77777777" w:rsidR="00483D19" w:rsidRDefault="00B76DF6">
            <w:r>
              <w:t>Elektrik plitasy 1-konforluk</w:t>
            </w:r>
          </w:p>
        </w:tc>
        <w:tc>
          <w:tcPr>
            <w:tcW w:w="2880" w:type="dxa"/>
          </w:tcPr>
          <w:p w14:paraId="72AECDD1" w14:textId="77777777" w:rsidR="00483D19" w:rsidRDefault="00483D19"/>
        </w:tc>
        <w:tc>
          <w:tcPr>
            <w:tcW w:w="2880" w:type="dxa"/>
          </w:tcPr>
          <w:p w14:paraId="371AAE22" w14:textId="77777777" w:rsidR="00483D19" w:rsidRDefault="00483D19"/>
        </w:tc>
      </w:tr>
      <w:tr w:rsidR="00483D19" w14:paraId="0D2D19C4" w14:textId="77777777">
        <w:tc>
          <w:tcPr>
            <w:tcW w:w="2880" w:type="dxa"/>
          </w:tcPr>
          <w:p w14:paraId="60025319" w14:textId="77777777" w:rsidR="00483D19" w:rsidRDefault="00B76DF6">
            <w:r>
              <w:t>Elektrik plitasy 2-konforluk</w:t>
            </w:r>
          </w:p>
        </w:tc>
        <w:tc>
          <w:tcPr>
            <w:tcW w:w="2880" w:type="dxa"/>
          </w:tcPr>
          <w:p w14:paraId="543ABCC6" w14:textId="77777777" w:rsidR="00483D19" w:rsidRDefault="00483D19"/>
        </w:tc>
        <w:tc>
          <w:tcPr>
            <w:tcW w:w="2880" w:type="dxa"/>
          </w:tcPr>
          <w:p w14:paraId="6C68D7D6" w14:textId="77777777" w:rsidR="00483D19" w:rsidRDefault="00483D19"/>
        </w:tc>
      </w:tr>
      <w:tr w:rsidR="00483D19" w14:paraId="39005002" w14:textId="77777777">
        <w:tc>
          <w:tcPr>
            <w:tcW w:w="2880" w:type="dxa"/>
          </w:tcPr>
          <w:p w14:paraId="164232C5" w14:textId="77777777" w:rsidR="00483D19" w:rsidRDefault="00B76DF6">
            <w:r>
              <w:t>Elektrik plitasy 4-konforluk</w:t>
            </w:r>
          </w:p>
        </w:tc>
        <w:tc>
          <w:tcPr>
            <w:tcW w:w="2880" w:type="dxa"/>
          </w:tcPr>
          <w:p w14:paraId="04A27CBF" w14:textId="77777777" w:rsidR="00483D19" w:rsidRDefault="00483D19"/>
        </w:tc>
        <w:tc>
          <w:tcPr>
            <w:tcW w:w="2880" w:type="dxa"/>
          </w:tcPr>
          <w:p w14:paraId="6898624F" w14:textId="77777777" w:rsidR="00483D19" w:rsidRDefault="00483D19"/>
        </w:tc>
      </w:tr>
      <w:tr w:rsidR="00483D19" w14:paraId="31AC194D" w14:textId="77777777">
        <w:tc>
          <w:tcPr>
            <w:tcW w:w="2880" w:type="dxa"/>
          </w:tcPr>
          <w:p w14:paraId="5C0A385D" w14:textId="77777777" w:rsidR="00483D19" w:rsidRDefault="00B76DF6">
            <w:r>
              <w:t>Jemi:</w:t>
            </w:r>
          </w:p>
        </w:tc>
        <w:tc>
          <w:tcPr>
            <w:tcW w:w="2880" w:type="dxa"/>
          </w:tcPr>
          <w:p w14:paraId="0F21273F" w14:textId="77777777" w:rsidR="00483D19" w:rsidRDefault="00483D19"/>
        </w:tc>
        <w:tc>
          <w:tcPr>
            <w:tcW w:w="2880" w:type="dxa"/>
          </w:tcPr>
          <w:p w14:paraId="05EB5F1A" w14:textId="77777777" w:rsidR="00483D19" w:rsidRDefault="00483D19"/>
        </w:tc>
      </w:tr>
    </w:tbl>
    <w:p w14:paraId="325362EF" w14:textId="77777777" w:rsidR="00483D19" w:rsidRDefault="00B76DF6">
      <w:r>
        <w:rPr>
          <w:b/>
        </w:rPr>
        <w:t>2. Taraplaryň Hukuklary we Borçlary</w:t>
      </w:r>
    </w:p>
    <w:p w14:paraId="44073AFF" w14:textId="11980CEB" w:rsidR="00483D19" w:rsidRDefault="00B76DF6">
      <w:r>
        <w:t xml:space="preserve">2.1. </w:t>
      </w:r>
      <w:proofErr w:type="spellStart"/>
      <w:r>
        <w:t>Ýerine</w:t>
      </w:r>
      <w:proofErr w:type="spellEnd"/>
      <w:r>
        <w:t xml:space="preserve"> </w:t>
      </w:r>
      <w:proofErr w:type="spellStart"/>
      <w:r>
        <w:t>Ýetir</w:t>
      </w:r>
      <w:r w:rsidR="003E1752">
        <w:t>iji</w:t>
      </w:r>
      <w:proofErr w:type="spellEnd"/>
      <w:r>
        <w:t xml:space="preserve"> şu </w:t>
      </w:r>
      <w:proofErr w:type="spellStart"/>
      <w:r w:rsidR="003E1752">
        <w:t>h</w:t>
      </w:r>
      <w:r>
        <w:t>ukuklara</w:t>
      </w:r>
      <w:proofErr w:type="spellEnd"/>
      <w:r>
        <w:t xml:space="preserve"> </w:t>
      </w:r>
      <w:proofErr w:type="spellStart"/>
      <w:r>
        <w:t>eýe</w:t>
      </w:r>
      <w:proofErr w:type="spellEnd"/>
      <w:r>
        <w:t>:</w:t>
      </w:r>
    </w:p>
    <w:p w14:paraId="646F301C" w14:textId="77777777" w:rsidR="00483D19" w:rsidRDefault="00B76DF6">
      <w:r>
        <w:t>2.1.1. Sarp Edijiden bu Şertnamada göz öňünde tutulan borçlaryny ýerine ýetirmegi talap etmek.</w:t>
      </w:r>
    </w:p>
    <w:p w14:paraId="18959C75" w14:textId="77777777" w:rsidR="00483D19" w:rsidRDefault="00B76DF6">
      <w:r>
        <w:t>2.2. Ýerine Ýetirýän şu Borçlary ýüklenýär:</w:t>
      </w:r>
    </w:p>
    <w:p w14:paraId="3E9FF8C4" w14:textId="77777777" w:rsidR="00483D19" w:rsidRDefault="00B76DF6">
      <w:r>
        <w:t>2.2.1. Bu Şertnamanyň şertlerine laýyklykda goşmaça hyzmatlary görkezmek.</w:t>
      </w:r>
    </w:p>
    <w:p w14:paraId="1A173CE4" w14:textId="77777777" w:rsidR="00483D19" w:rsidRDefault="00B76DF6">
      <w:r>
        <w:t>2.3. Sarp Ediji şu Hukuklara eýe:</w:t>
      </w:r>
    </w:p>
    <w:p w14:paraId="0887A776" w14:textId="77777777" w:rsidR="00483D19" w:rsidRDefault="00B76DF6">
      <w:r>
        <w:t>2.3.1. Bu Şertnama boýunça şahsy elektrik enjamlaryny ulanyp bilmek üçin, bellenen tertipde şahsetdirilen we tejbeli elektrik enjamlaryny ulanyp bilmek.</w:t>
      </w:r>
    </w:p>
    <w:p w14:paraId="573008EC" w14:textId="77777777" w:rsidR="00483D19" w:rsidRDefault="00B76DF6">
      <w:r>
        <w:t>2.4. Sarp Ediji şu Borçlary ýüklenýär:</w:t>
      </w:r>
    </w:p>
    <w:p w14:paraId="68D32245" w14:textId="77777777" w:rsidR="00483D19" w:rsidRDefault="00B76DF6">
      <w:r>
        <w:t>2.4.1. Elektrik enjamlaryny ulanypda howpsuzlyk tehnikasy we ýangyn howpsuzlygy düzgünlerine eýermek.</w:t>
      </w:r>
    </w:p>
    <w:p w14:paraId="06D6976C" w14:textId="77777777" w:rsidR="00483D19" w:rsidRDefault="00B76DF6">
      <w:r>
        <w:lastRenderedPageBreak/>
        <w:t>2.4.2. Elektrik enjamlaryny ulanýarka, zawod-öndürijiler tarapyndan berilýän tehniki pasportlardaky görkezmelere eýermek.</w:t>
      </w:r>
    </w:p>
    <w:p w14:paraId="717BC25A" w14:textId="77777777" w:rsidR="00483D19" w:rsidRDefault="00B76DF6">
      <w:r>
        <w:t>2.4.3. Şahsy elektrik enjamlarynyň saklanmagy we işleýşi boýunça özü jogapkärçilik çekmek we olary üçünji taraplara bermezlik.</w:t>
      </w:r>
    </w:p>
    <w:p w14:paraId="33DBF8C6" w14:textId="77777777" w:rsidR="00483D19" w:rsidRDefault="00B76DF6">
      <w:r>
        <w:t>2.4.4. Ýerine Ýetirýän tarapyndan bellenen bahalar boýunça görkezilýän goşmaça hyzmatlaryň tölegini wagtynda tölemek.</w:t>
      </w:r>
    </w:p>
    <w:p w14:paraId="18E383FF" w14:textId="77777777" w:rsidR="00483D19" w:rsidRDefault="00B76DF6">
      <w:r>
        <w:t>2.5. Taraplar "Woronjeş Döwlet Uniwersitetiniň Student Ýaşaýyş Jaýlarynda Ýaşamak Düzgünleri" we "WDU"-nyň beýleki ýerli düzgünnamalarynyň talaplaryna eýermek.</w:t>
      </w:r>
    </w:p>
    <w:p w14:paraId="6B4B8CB9" w14:textId="77777777" w:rsidR="00483D19" w:rsidRDefault="00B76DF6">
      <w:r>
        <w:rPr>
          <w:b/>
        </w:rPr>
        <w:t>3. Töleg Düzgüni</w:t>
      </w:r>
    </w:p>
    <w:p w14:paraId="4C629329" w14:textId="77777777" w:rsidR="00483D19" w:rsidRDefault="00B76DF6">
      <w:r>
        <w:t>3.1. Goşmaça hyzmatlaryň töleginiň mukdary Rektoruň buýrugy bilen bellenýär.</w:t>
      </w:r>
    </w:p>
    <w:p w14:paraId="7CB472C5" w14:textId="77777777" w:rsidR="00483D19" w:rsidRDefault="00B76DF6">
      <w:r>
        <w:t>3.2. Goşmaça hyzmatlaryň umumy bahasy, tariflere we goşmaça hyzmatlaryň sanyna üýtgemeler bolsa, üýtgedilip bilner.</w:t>
      </w:r>
    </w:p>
    <w:p w14:paraId="31A3D878" w14:textId="77777777" w:rsidR="00483D19" w:rsidRDefault="00B76DF6">
      <w:r>
        <w:t>3.3. Goşmaça hyzmatlaryň (elektrik enjamlarynyň ulanylmagy) tölegi her aý geçen aýyň on bäşinji gününe çenli tölenýär.</w:t>
      </w:r>
    </w:p>
    <w:p w14:paraId="75B43275" w14:textId="77777777" w:rsidR="00483D19" w:rsidRDefault="00B76DF6">
      <w:r>
        <w:t>3.4. Taraplaryň ylalaşygy bilen goşmaça hyzmatlaryň tölegi islendik sany aý üçin aýnyndalyk töleg hökmünde tölenip bilner, ýöne Şertnamanyň ýerine ýetirilýän möhletinden köp bolmazlyk. Aýnyndalyk tölegi azyndan 6 aý üçin tölenen bolsa, hyzmatlaryň tarifleri ýokarlananda, gaýtadan hasaplaýyş geçirilmeýär.</w:t>
      </w:r>
    </w:p>
    <w:p w14:paraId="1D009B8E" w14:textId="77777777" w:rsidR="00483D19" w:rsidRDefault="00B76DF6">
      <w:r>
        <w:t>3.5. Sarp Edijiniň wagtlaýyn ýoklugy döwründe goşmaça hyzmatlaryň töleginiň gaýtadan hasaplaýyşy göz öňünde tutulmaýar.</w:t>
      </w:r>
    </w:p>
    <w:p w14:paraId="3B5C6363" w14:textId="77777777" w:rsidR="00483D19" w:rsidRDefault="00B76DF6">
      <w:r>
        <w:t>3.6. Töleg Sarp Edijiniň saýlamasy bilen nagt däl tertipde, bu Şertnamada görkezilen</w:t>
      </w:r>
      <w:r>
        <w:t xml:space="preserve"> Ýerine Ýetirýäniň hasaplaýyş hasabyna pul geçirmek ýa-da nagt pul hökmünde Ýerine Ýetirýäniň kassasyna girizmek arkaly amala aşyrylýar. Töleg Sarp Ediji tarapyndan wagtynda we bellenen möhletlerde amala aşyrylmalydyr. Töleg resminamasyň nusgasy ýaşaýyş jaýyň müdiri tarapyndan töleg möhletlerine laýyklykda berilmelidir.</w:t>
      </w:r>
    </w:p>
    <w:p w14:paraId="625DADC5" w14:textId="77777777" w:rsidR="00483D19" w:rsidRDefault="00B76DF6">
      <w:r>
        <w:rPr>
          <w:b/>
        </w:rPr>
        <w:t>4. Taraplaryň Jogapkärçiligi</w:t>
      </w:r>
    </w:p>
    <w:p w14:paraId="3EE0527B" w14:textId="77777777" w:rsidR="00483D19" w:rsidRDefault="00B76DF6">
      <w:r>
        <w:t>4.1. Taraplar bu Şertnama boýunça öz üstlerine alan borçlaryny ýerine ýetirmese ýa-da</w:t>
      </w:r>
      <w:r>
        <w:t xml:space="preserve"> layyk däl ýerine ýetirse, Russiýa Federasiýasynyň kanunçylygy we bu Şertnama boýunça jogapkärçilik çekýärler.</w:t>
      </w:r>
    </w:p>
    <w:p w14:paraId="3EC91273" w14:textId="77777777" w:rsidR="00483D19" w:rsidRDefault="00B76DF6">
      <w:r>
        <w:rPr>
          <w:b/>
        </w:rPr>
        <w:t>5. Şertnamanyň Üýtgemesi we Ýatyrylmagy</w:t>
      </w:r>
    </w:p>
    <w:p w14:paraId="42D5907B" w14:textId="77777777" w:rsidR="00483D19" w:rsidRDefault="00B76DF6">
      <w:r>
        <w:lastRenderedPageBreak/>
        <w:t>5.1. Bu Şertnama taraplaryň ylalaşygy bilen üýtgedilip ýa-da ýatyrylyp bilner. Şertnamany üýtgetmek ýa-da ýatyrmak baradaky ylalaşyk ýazgy şekilde ýasalýar we bu Şertnamanyň aýrylmaz bölegi bolup durýar.</w:t>
      </w:r>
    </w:p>
    <w:p w14:paraId="16149C32" w14:textId="77777777" w:rsidR="00483D19" w:rsidRDefault="00B76DF6">
      <w:r>
        <w:t>5.2. Sarp Ediji islendik wagtda Şertnamany ýerine ýetirmekden çekmek hukugyna eýe, Ýerine Ýetirýäniň hakykatda çeken çykdajylaryny tölemek şerti bilen.</w:t>
      </w:r>
    </w:p>
    <w:p w14:paraId="2FB8F804" w14:textId="77777777" w:rsidR="00483D19" w:rsidRDefault="00B76DF6">
      <w:r>
        <w:t>5.3. Ýerine Ýetirýän aşakdaky ýagdaýlarda bir tarapdan Şertnamany ýatyrmak hukugyna eýe:</w:t>
      </w:r>
    </w:p>
    <w:p w14:paraId="660F80BA" w14:textId="77777777" w:rsidR="00483D19" w:rsidRDefault="00B76DF6">
      <w:r>
        <w:t>- Sarp Edijiniň goşmaça hyzmatlaryň tölegini Şertnamada bellenen töleg möhletinden soň iki gezekden köp tölemese;</w:t>
      </w:r>
    </w:p>
    <w:p w14:paraId="7BCA4026" w14:textId="77777777" w:rsidR="00483D19" w:rsidRDefault="00B76DF6">
      <w:r>
        <w:t>- Sarp Edijiniň Şertnamanyň beýleki şertlerini bozsa.</w:t>
      </w:r>
    </w:p>
    <w:p w14:paraId="190BF72E" w14:textId="77777777" w:rsidR="00483D19" w:rsidRDefault="00B76DF6">
      <w:r>
        <w:t>5.4. Şertnamany ýatyrmak kararyna gelen tarap, beýleki tarapa Şertnamany ýerine ýetirmekden bir tarapdan çekilmek baradaky ýazgy habar berýär. Bu ýagdaýda Şertnama, tarapyň habary alan pursadyndan başlap ýatyrylýar.</w:t>
      </w:r>
    </w:p>
    <w:p w14:paraId="7B165F79" w14:textId="77777777" w:rsidR="00483D19" w:rsidRDefault="00B76DF6">
      <w:r>
        <w:t>5.5. Sarp Edijiniň ýaşaýyş jaýdan çykarylan ýagdaýynda bu Şertnama awtomatiki usulda ýatyrylýar.</w:t>
      </w:r>
    </w:p>
    <w:p w14:paraId="245994E7" w14:textId="77777777" w:rsidR="00483D19" w:rsidRDefault="00B76DF6">
      <w:r>
        <w:rPr>
          <w:b/>
        </w:rPr>
        <w:t>6. Beýleki Şertler</w:t>
      </w:r>
    </w:p>
    <w:p w14:paraId="1BB223A2" w14:textId="77777777" w:rsidR="00483D19" w:rsidRDefault="00B76DF6">
      <w:r>
        <w:t>6.1. Şertnama taraplaryň gol çeken pursadyndan güýje girip, ___.___.20___ senesine çenli möhlet bilen baglaşylýar.</w:t>
      </w:r>
    </w:p>
    <w:p w14:paraId="1C0DBCCB" w14:textId="77777777" w:rsidR="00483D19" w:rsidRDefault="00B76DF6">
      <w:r>
        <w:t>6.2. Bu Şertnama iki nusgada ýasalýar, her tarap üçin biri, deň hukuk güýjüne eýe.</w:t>
      </w:r>
    </w:p>
    <w:p w14:paraId="56108166" w14:textId="77777777" w:rsidR="00483D19" w:rsidRDefault="00B76DF6">
      <w:r>
        <w:t>6.3. Häzirki wagtda hereket edýän kanunçylygyň düzgünleri üýtgese, taraplar täze kanunçylyk düzgünlerine eýerýärler, eger täze kanunda öz güýji öňden baglanan şertnamalardan</w:t>
      </w:r>
      <w:r>
        <w:t xml:space="preserve"> döreýän gatnaşyklara ýaýylýandygy bellense.</w:t>
      </w:r>
    </w:p>
    <w:p w14:paraId="52411519" w14:textId="77777777" w:rsidR="00483D19" w:rsidRDefault="00B76DF6">
      <w:r>
        <w:rPr>
          <w:b/>
        </w:rPr>
        <w:t>7. Taraplaryň Rekwizitleri we Gol Çekmeleri</w:t>
      </w:r>
    </w:p>
    <w:tbl>
      <w:tblPr>
        <w:tblStyle w:val="aff0"/>
        <w:tblW w:w="0" w:type="auto"/>
        <w:tblLook w:val="04A0" w:firstRow="1" w:lastRow="0" w:firstColumn="1" w:lastColumn="0" w:noHBand="0" w:noVBand="1"/>
      </w:tblPr>
      <w:tblGrid>
        <w:gridCol w:w="4200"/>
        <w:gridCol w:w="4656"/>
      </w:tblGrid>
      <w:tr w:rsidR="00483D19" w14:paraId="0478CC76" w14:textId="77777777">
        <w:tc>
          <w:tcPr>
            <w:tcW w:w="4320" w:type="dxa"/>
          </w:tcPr>
          <w:p w14:paraId="25D34144" w14:textId="7C149339" w:rsidR="00483D19" w:rsidRDefault="00B76DF6">
            <w:r>
              <w:t xml:space="preserve">ÝERINE </w:t>
            </w:r>
            <w:proofErr w:type="spellStart"/>
            <w:r>
              <w:t>ÝETIRÝÄN</w:t>
            </w:r>
            <w:proofErr w:type="spellEnd"/>
            <w:r>
              <w:br/>
            </w:r>
            <w:r>
              <w:br/>
              <w:t>"</w:t>
            </w:r>
            <w:proofErr w:type="spellStart"/>
            <w:r>
              <w:t>Woron</w:t>
            </w:r>
            <w:r w:rsidR="00ED033D">
              <w:t>e</w:t>
            </w:r>
            <w:r w:rsidR="0045584A">
              <w:t>ž</w:t>
            </w:r>
            <w:proofErr w:type="spellEnd"/>
            <w:r w:rsidR="0045584A">
              <w:t xml:space="preserve"> </w:t>
            </w:r>
            <w:proofErr w:type="spellStart"/>
            <w:r>
              <w:t>Döwlet</w:t>
            </w:r>
            <w:proofErr w:type="spellEnd"/>
            <w:r>
              <w:t xml:space="preserve"> </w:t>
            </w:r>
            <w:proofErr w:type="spellStart"/>
            <w:r>
              <w:t>Uniwersiteti</w:t>
            </w:r>
            <w:proofErr w:type="spellEnd"/>
            <w:r>
              <w:t>" ("WDU")</w:t>
            </w:r>
            <w:r>
              <w:br/>
            </w:r>
            <w:r>
              <w:br/>
              <w:t xml:space="preserve">394018, W. </w:t>
            </w:r>
            <w:proofErr w:type="spellStart"/>
            <w:r>
              <w:t>Woron</w:t>
            </w:r>
            <w:r w:rsidR="006C3098">
              <w:t>ež</w:t>
            </w:r>
            <w:proofErr w:type="spellEnd"/>
            <w:r>
              <w:t xml:space="preserve">, </w:t>
            </w:r>
            <w:proofErr w:type="spellStart"/>
            <w:r>
              <w:t>Uniwersitet</w:t>
            </w:r>
            <w:proofErr w:type="spellEnd"/>
            <w:r>
              <w:t xml:space="preserve"> </w:t>
            </w:r>
            <w:proofErr w:type="spellStart"/>
            <w:r>
              <w:t>meýdany</w:t>
            </w:r>
            <w:proofErr w:type="spellEnd"/>
            <w:r>
              <w:t>, 1</w:t>
            </w:r>
            <w:r>
              <w:br/>
              <w:t>Tel.: +7 (473) 252-86-86</w:t>
            </w:r>
            <w:r>
              <w:br/>
              <w:t>Faks: +7 (473) 252-86-86</w:t>
            </w:r>
            <w:r>
              <w:br/>
            </w:r>
            <w:r>
              <w:br/>
              <w:t>Alýjy:</w:t>
            </w:r>
            <w:r>
              <w:br/>
            </w:r>
            <w:r>
              <w:lastRenderedPageBreak/>
              <w:t>INN 3666029505 KPP 366601001</w:t>
            </w:r>
            <w:r>
              <w:br/>
              <w:t>Hasap 03214643000000013228</w:t>
            </w:r>
            <w:r>
              <w:br/>
              <w:t>Nizhegorod oblasty boýunça UFK</w:t>
            </w:r>
            <w:r>
              <w:br/>
              <w:t>("WDU", h/h 20316Х50290)</w:t>
            </w:r>
            <w:r>
              <w:br/>
            </w:r>
            <w:r>
              <w:br/>
              <w:t>[ Üns beriň! h/h-daky "X" harpy - latyn! ]</w:t>
            </w:r>
            <w:r>
              <w:br/>
            </w:r>
            <w:r>
              <w:br/>
              <w:t>Alýjynyň banky:</w:t>
            </w:r>
            <w:r>
              <w:br/>
              <w:t>K/h 40102810745370000024</w:t>
            </w:r>
            <w:r>
              <w:br/>
            </w:r>
            <w:r>
              <w:t>WGU Banky Russiýasynyň 1-nji OKZ-sy // Nizhegorod oblasty boýunça UFK, W. Nizhny Novgorod.</w:t>
            </w:r>
            <w:r>
              <w:br/>
              <w:t>BIK 012202102</w:t>
            </w:r>
            <w:r>
              <w:br/>
              <w:t>OKTMO 20701000</w:t>
            </w:r>
            <w:r>
              <w:br/>
              <w:t>OGRN 1023601560510</w:t>
            </w:r>
            <w:r>
              <w:br/>
            </w:r>
            <w:r>
              <w:br/>
              <w:t>Tölegiň maksady:</w:t>
            </w:r>
            <w:r>
              <w:br/>
              <w:t>00000000000000000130</w:t>
            </w:r>
            <w:r>
              <w:br/>
              <w:t>Goşmaça hyzmatlar üçin</w:t>
            </w:r>
            <w:r>
              <w:br/>
              <w:t>Ýaşaýyş jaý № ________-da ýaşaýana</w:t>
            </w:r>
          </w:p>
        </w:tc>
        <w:tc>
          <w:tcPr>
            <w:tcW w:w="4320" w:type="dxa"/>
          </w:tcPr>
          <w:p w14:paraId="347B97BC" w14:textId="77777777" w:rsidR="00483D19" w:rsidRDefault="00B76DF6">
            <w:r>
              <w:lastRenderedPageBreak/>
              <w:t>SARP EDIJI</w:t>
            </w:r>
            <w:r>
              <w:br/>
            </w:r>
            <w:r>
              <w:br/>
              <w:t>_____________________________________</w:t>
            </w:r>
            <w:r>
              <w:br/>
              <w:t>F.A.A. doly</w:t>
            </w:r>
            <w:r>
              <w:br/>
            </w:r>
            <w:r>
              <w:br/>
              <w:t>_____________________________________</w:t>
            </w:r>
            <w:r>
              <w:br/>
            </w:r>
            <w:r>
              <w:br/>
              <w:t>_____________________________________</w:t>
            </w:r>
            <w:r>
              <w:br/>
              <w:t>Ýaşaýan ýeriniň salgysy</w:t>
            </w:r>
            <w:r>
              <w:br/>
            </w:r>
            <w:r>
              <w:br/>
              <w:t>_____________________________________</w:t>
            </w:r>
            <w:r>
              <w:br/>
            </w:r>
            <w:r>
              <w:lastRenderedPageBreak/>
              <w:t>Tel.:_________________________________</w:t>
            </w:r>
            <w:r>
              <w:br/>
            </w:r>
            <w:r>
              <w:br/>
            </w:r>
            <w:r>
              <w:t>_____________________________________</w:t>
            </w:r>
            <w:r>
              <w:br/>
              <w:t>Pasport maglumatlary</w:t>
            </w:r>
            <w:r>
              <w:br/>
            </w:r>
            <w:r>
              <w:br/>
              <w:t>_____________________________________</w:t>
            </w:r>
            <w:r>
              <w:br/>
            </w:r>
            <w:r>
              <w:br/>
              <w:t>_____________________________________</w:t>
            </w:r>
            <w:r>
              <w:br/>
            </w:r>
            <w:r>
              <w:br/>
              <w:t>_____________________________________</w:t>
            </w:r>
            <w:r>
              <w:br/>
            </w:r>
            <w:r>
              <w:br/>
              <w:t>_______________________ ___.___.20____</w:t>
            </w:r>
            <w:r>
              <w:br/>
              <w:t>Gol</w:t>
            </w:r>
          </w:p>
        </w:tc>
      </w:tr>
      <w:tr w:rsidR="00483D19" w14:paraId="01FF8153" w14:textId="77777777">
        <w:tc>
          <w:tcPr>
            <w:tcW w:w="4320" w:type="dxa"/>
          </w:tcPr>
          <w:p w14:paraId="29487115" w14:textId="77777777" w:rsidR="00483D19" w:rsidRDefault="00B76DF6">
            <w:r>
              <w:lastRenderedPageBreak/>
              <w:t>Ýerine Ýetirýän __________________ ___.___.20___</w:t>
            </w:r>
            <w:r>
              <w:br/>
              <w:t>M.P.</w:t>
            </w:r>
          </w:p>
        </w:tc>
        <w:tc>
          <w:tcPr>
            <w:tcW w:w="4320" w:type="dxa"/>
          </w:tcPr>
          <w:p w14:paraId="5B26FE88" w14:textId="77777777" w:rsidR="00483D19" w:rsidRDefault="00483D19"/>
        </w:tc>
      </w:tr>
    </w:tbl>
    <w:p w14:paraId="4210FF6E" w14:textId="77777777" w:rsidR="00483D19" w:rsidRDefault="00B76DF6">
      <w:r>
        <w:t>WDU-nyň Student Ýaşaýyş Jaýlarynda Ýaşamak Düzgünleri bilen tanyşdym, Şertnamanyň şertlerine razym, töleg amala aşyrylar</w:t>
      </w:r>
      <w:r>
        <w:br/>
        <w:t>_____________________________________________________</w:t>
      </w:r>
      <w:r>
        <w:br/>
        <w:t>her aýlyk / 6 aýlyk / ýyllyk</w:t>
      </w:r>
    </w:p>
    <w:p w14:paraId="2123F43C" w14:textId="77777777" w:rsidR="00483D19" w:rsidRDefault="00B76DF6">
      <w:r>
        <w:t>Ýerine Ýetirýän __________________ ___.___.20___   Sarp Ediji __________________ ___.___.20___</w:t>
      </w:r>
      <w:r>
        <w:br/>
        <w:t>M.P.</w:t>
      </w:r>
    </w:p>
    <w:sectPr w:rsidR="00483D19"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00"/>
    <w:family w:val="auto"/>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B060402020202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237329819">
    <w:abstractNumId w:val="8"/>
  </w:num>
  <w:num w:numId="2" w16cid:durableId="945650802">
    <w:abstractNumId w:val="6"/>
  </w:num>
  <w:num w:numId="3" w16cid:durableId="1841043547">
    <w:abstractNumId w:val="5"/>
  </w:num>
  <w:num w:numId="4" w16cid:durableId="340087241">
    <w:abstractNumId w:val="4"/>
  </w:num>
  <w:num w:numId="5" w16cid:durableId="590429346">
    <w:abstractNumId w:val="7"/>
  </w:num>
  <w:num w:numId="6" w16cid:durableId="1287200797">
    <w:abstractNumId w:val="3"/>
  </w:num>
  <w:num w:numId="7" w16cid:durableId="1352297975">
    <w:abstractNumId w:val="2"/>
  </w:num>
  <w:num w:numId="8" w16cid:durableId="2123919994">
    <w:abstractNumId w:val="1"/>
  </w:num>
  <w:num w:numId="9" w16cid:durableId="128739434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00"/>
  <w:proofState w:spelling="clean"/>
  <w:revisionView w:inkAnnotations="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11F1"/>
    <w:rsid w:val="000A21CF"/>
    <w:rsid w:val="0012302A"/>
    <w:rsid w:val="0015074B"/>
    <w:rsid w:val="0029639D"/>
    <w:rsid w:val="002E1248"/>
    <w:rsid w:val="00326F90"/>
    <w:rsid w:val="003E1752"/>
    <w:rsid w:val="00440D54"/>
    <w:rsid w:val="004500A8"/>
    <w:rsid w:val="0045584A"/>
    <w:rsid w:val="00483D19"/>
    <w:rsid w:val="00504176"/>
    <w:rsid w:val="005C0E32"/>
    <w:rsid w:val="0065268E"/>
    <w:rsid w:val="006C3098"/>
    <w:rsid w:val="00931AE1"/>
    <w:rsid w:val="00AA1D8D"/>
    <w:rsid w:val="00B47730"/>
    <w:rsid w:val="00C154CB"/>
    <w:rsid w:val="00C521EF"/>
    <w:rsid w:val="00CB0664"/>
    <w:rsid w:val="00EB72F8"/>
    <w:rsid w:val="00ED033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F1EBB4"/>
  <w14:defaultImageDpi w14:val="300"/>
  <w15:docId w15:val="{45F63820-EFC3-864D-BF83-90E452D27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Times New Roman" w:eastAsia="Times New Roman" w:hAnsi="Times New Roman"/>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1063</Words>
  <Characters>6060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Vepa Shukurov</cp:lastModifiedBy>
  <cp:revision>2</cp:revision>
  <dcterms:created xsi:type="dcterms:W3CDTF">2026-07-26T00:25:00Z</dcterms:created>
  <dcterms:modified xsi:type="dcterms:W3CDTF">2026-07-26T00:25:00Z</dcterms:modified>
  <cp:category/>
</cp:coreProperties>
</file>