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DB1078" w14:textId="696C8B13" w:rsidR="00D952D5" w:rsidRDefault="00A76141">
      <w:pPr>
        <w:jc w:val="center"/>
      </w:pPr>
      <w:r>
        <w:rPr>
          <w:b/>
        </w:rPr>
        <w:br/>
      </w:r>
      <w:r>
        <w:rPr>
          <w:b/>
        </w:rPr>
        <w:br/>
      </w:r>
      <w:proofErr w:type="spellStart"/>
      <w:r>
        <w:t>RUSSIÝANYŇ</w:t>
      </w:r>
      <w:proofErr w:type="spellEnd"/>
      <w:r>
        <w:t xml:space="preserve"> BILIM </w:t>
      </w:r>
      <w:proofErr w:type="spellStart"/>
      <w:r>
        <w:t>MINISTRLIGI</w:t>
      </w:r>
      <w:proofErr w:type="spellEnd"/>
      <w:r>
        <w:br/>
        <w:t xml:space="preserve">FEDERAL DÖWLET </w:t>
      </w:r>
      <w:proofErr w:type="spellStart"/>
      <w:r>
        <w:t>BÝUJETLI</w:t>
      </w:r>
      <w:proofErr w:type="spellEnd"/>
      <w:r>
        <w:t xml:space="preserve"> ÝOKARY BILIM BERÝÄN GURAMA</w:t>
      </w:r>
      <w:r>
        <w:br/>
        <w:t>"</w:t>
      </w:r>
      <w:proofErr w:type="spellStart"/>
      <w:r>
        <w:t>WORON</w:t>
      </w:r>
      <w:r w:rsidR="008A6A38">
        <w:t>EŽ</w:t>
      </w:r>
      <w:proofErr w:type="spellEnd"/>
      <w:r w:rsidR="008A6A38">
        <w:t xml:space="preserve"> </w:t>
      </w:r>
      <w:r>
        <w:t xml:space="preserve">DÖWLET </w:t>
      </w:r>
      <w:proofErr w:type="spellStart"/>
      <w:r>
        <w:t>UNIWERSITETI</w:t>
      </w:r>
      <w:proofErr w:type="spellEnd"/>
      <w:r>
        <w:t>"</w:t>
      </w:r>
      <w:r>
        <w:br/>
        <w:t>("WDU")</w:t>
      </w:r>
      <w:r>
        <w:br/>
      </w:r>
      <w:r>
        <w:br/>
      </w:r>
    </w:p>
    <w:p w14:paraId="3B13A835" w14:textId="7D495A1E" w:rsidR="00D952D5" w:rsidRDefault="00A76141">
      <w:pPr>
        <w:jc w:val="right"/>
      </w:pPr>
      <w:r>
        <w:t>Pr WDU 8.1.02 - 2026</w:t>
      </w:r>
      <w:r>
        <w:br/>
      </w:r>
      <w:r>
        <w:br/>
      </w:r>
      <w:proofErr w:type="spellStart"/>
      <w:r>
        <w:t>TASSYKLAÝA</w:t>
      </w:r>
      <w:r w:rsidR="00390DEC">
        <w:t>N</w:t>
      </w:r>
      <w:proofErr w:type="spellEnd"/>
      <w:r>
        <w:br/>
      </w:r>
      <w:proofErr w:type="spellStart"/>
      <w:r>
        <w:t>WDU-nyň</w:t>
      </w:r>
      <w:proofErr w:type="spellEnd"/>
      <w:r>
        <w:t xml:space="preserve"> </w:t>
      </w:r>
      <w:proofErr w:type="spellStart"/>
      <w:r>
        <w:t>Rektory</w:t>
      </w:r>
      <w:proofErr w:type="spellEnd"/>
      <w:r>
        <w:br/>
      </w:r>
      <w:r>
        <w:br/>
        <w:t>_____________________</w:t>
      </w:r>
      <w:r>
        <w:br/>
        <w:t>Ý.N. Starilow</w:t>
      </w:r>
      <w:r>
        <w:br/>
        <w:t>___.___.20___</w:t>
      </w:r>
    </w:p>
    <w:p w14:paraId="7C28C035" w14:textId="374449BC" w:rsidR="00D952D5" w:rsidRDefault="00A76141">
      <w:pPr>
        <w:jc w:val="center"/>
      </w:pPr>
      <w:proofErr w:type="spellStart"/>
      <w:r>
        <w:rPr>
          <w:b/>
          <w:sz w:val="32"/>
        </w:rPr>
        <w:t>DÜZGÜNLER</w:t>
      </w:r>
      <w:proofErr w:type="spellEnd"/>
      <w:r>
        <w:rPr>
          <w:b/>
          <w:sz w:val="32"/>
        </w:rPr>
        <w:br/>
      </w:r>
      <w:proofErr w:type="spellStart"/>
      <w:r>
        <w:rPr>
          <w:b/>
          <w:sz w:val="28"/>
        </w:rPr>
        <w:t>WORON</w:t>
      </w:r>
      <w:r w:rsidR="00925B3B">
        <w:rPr>
          <w:b/>
          <w:sz w:val="28"/>
        </w:rPr>
        <w:t>EŽ</w:t>
      </w:r>
      <w:proofErr w:type="spellEnd"/>
      <w:r>
        <w:rPr>
          <w:b/>
          <w:sz w:val="28"/>
        </w:rPr>
        <w:t xml:space="preserve"> DÖWLET </w:t>
      </w:r>
      <w:proofErr w:type="spellStart"/>
      <w:r>
        <w:rPr>
          <w:b/>
          <w:sz w:val="28"/>
        </w:rPr>
        <w:t>UNIWERSITETINIŇ</w:t>
      </w:r>
      <w:proofErr w:type="spellEnd"/>
      <w:r>
        <w:rPr>
          <w:b/>
          <w:sz w:val="28"/>
        </w:rPr>
        <w:br/>
        <w:t>STUDENT ÝAŞAÝYŞ JAÝLARYNDA ÝAŞAMAK DÜZGÜNLERI</w:t>
      </w:r>
    </w:p>
    <w:p w14:paraId="4262B1FB" w14:textId="64DF0516" w:rsidR="00D952D5" w:rsidRDefault="00A76141">
      <w:r>
        <w:t xml:space="preserve">DÖREDILDI - Student </w:t>
      </w:r>
      <w:proofErr w:type="spellStart"/>
      <w:r>
        <w:t>Ýaşaýyş</w:t>
      </w:r>
      <w:proofErr w:type="spellEnd"/>
      <w:r>
        <w:t xml:space="preserve"> </w:t>
      </w:r>
      <w:proofErr w:type="spellStart"/>
      <w:r>
        <w:t>Jaý</w:t>
      </w:r>
      <w:proofErr w:type="spellEnd"/>
      <w:r>
        <w:t xml:space="preserve"> </w:t>
      </w:r>
      <w:proofErr w:type="spellStart"/>
      <w:r>
        <w:t>Kompleksiniň</w:t>
      </w:r>
      <w:proofErr w:type="spellEnd"/>
      <w:r>
        <w:t xml:space="preserve"> </w:t>
      </w:r>
      <w:proofErr w:type="spellStart"/>
      <w:r>
        <w:t>Dolandyryş</w:t>
      </w:r>
      <w:proofErr w:type="spellEnd"/>
      <w:r w:rsidR="00FD2782">
        <w:t xml:space="preserve"> </w:t>
      </w:r>
      <w:proofErr w:type="spellStart"/>
      <w:r w:rsidR="00FD2782">
        <w:t>edarasy</w:t>
      </w:r>
      <w:proofErr w:type="spellEnd"/>
      <w:r>
        <w:t xml:space="preserve"> </w:t>
      </w:r>
      <w:proofErr w:type="spellStart"/>
      <w:r>
        <w:t>tarapyndan</w:t>
      </w:r>
      <w:proofErr w:type="spellEnd"/>
      <w:r>
        <w:br/>
      </w:r>
      <w:r>
        <w:br/>
      </w:r>
      <w:proofErr w:type="spellStart"/>
      <w:r>
        <w:t>JOGAPKÄR</w:t>
      </w:r>
      <w:proofErr w:type="spellEnd"/>
      <w:r>
        <w:t xml:space="preserve"> ÝERINE ÝETIRIJI - Student Ýaşaýyş Jaý Kompleksiniň Dolandyryşynyň başlygy A.W. Wlasow</w:t>
      </w:r>
      <w:r>
        <w:br/>
      </w:r>
      <w:r>
        <w:br/>
      </w:r>
      <w:r>
        <w:t>HEREKETE GIRDI rektoryň ___.___.20___ seneli № _____ buýrugy bilen</w:t>
      </w:r>
      <w:r>
        <w:br/>
      </w:r>
      <w:r>
        <w:br/>
        <w:t xml:space="preserve">ÇALŞYLÝAR Pr WDU 8.1.02 - 2023 </w:t>
      </w:r>
      <w:proofErr w:type="spellStart"/>
      <w:r>
        <w:t>Woron</w:t>
      </w:r>
      <w:r w:rsidR="00F74125">
        <w:t>ež</w:t>
      </w:r>
      <w:proofErr w:type="spellEnd"/>
      <w:r>
        <w:t xml:space="preserve"> </w:t>
      </w:r>
      <w:proofErr w:type="spellStart"/>
      <w:r>
        <w:t>Döwlet</w:t>
      </w:r>
      <w:proofErr w:type="spellEnd"/>
      <w:r>
        <w:t xml:space="preserve"> </w:t>
      </w:r>
      <w:proofErr w:type="spellStart"/>
      <w:r>
        <w:t>Uniwersitetiniň</w:t>
      </w:r>
      <w:proofErr w:type="spellEnd"/>
      <w:r>
        <w:t xml:space="preserve"> Student Ýaşaýyş Jaýlarynda Ýaşamak Düzgünleriniň ýerine</w:t>
      </w:r>
      <w:r>
        <w:br/>
      </w:r>
      <w:r>
        <w:br/>
        <w:t>GARALMA MOHLETI zerurlyk ýaýylykda</w:t>
      </w:r>
      <w:r>
        <w:br/>
      </w:r>
      <w:r>
        <w:br/>
        <w:t>Rektoryň ___.___.20___ seneli №_____ buýrugynyň redaksiýasynda</w:t>
      </w:r>
    </w:p>
    <w:p w14:paraId="5F52C645" w14:textId="77777777" w:rsidR="00D952D5" w:rsidRDefault="00A76141">
      <w:r>
        <w:rPr>
          <w:b/>
        </w:rPr>
        <w:t>1 Umumy düzgünler</w:t>
      </w:r>
    </w:p>
    <w:p w14:paraId="058D27FA" w14:textId="5CF3BEE9" w:rsidR="00D952D5" w:rsidRDefault="00A76141">
      <w:r>
        <w:t xml:space="preserve">1.1. </w:t>
      </w:r>
      <w:proofErr w:type="spellStart"/>
      <w:r>
        <w:t>Woron</w:t>
      </w:r>
      <w:r w:rsidR="0031357B">
        <w:t>ež</w:t>
      </w:r>
      <w:proofErr w:type="spellEnd"/>
      <w:r w:rsidR="0031357B">
        <w:t xml:space="preserve"> </w:t>
      </w:r>
      <w:proofErr w:type="spellStart"/>
      <w:r>
        <w:t>Döwlet</w:t>
      </w:r>
      <w:proofErr w:type="spellEnd"/>
      <w:r>
        <w:t xml:space="preserve"> </w:t>
      </w:r>
      <w:proofErr w:type="spellStart"/>
      <w:r>
        <w:t>Uniwersitetiniň</w:t>
      </w:r>
      <w:proofErr w:type="spellEnd"/>
      <w:r>
        <w:t xml:space="preserve"> Student </w:t>
      </w:r>
      <w:proofErr w:type="spellStart"/>
      <w:r>
        <w:t>Ýaşaýyş</w:t>
      </w:r>
      <w:proofErr w:type="spellEnd"/>
      <w:r>
        <w:t xml:space="preserve"> </w:t>
      </w:r>
      <w:proofErr w:type="spellStart"/>
      <w:r>
        <w:t>Jaýlarynda</w:t>
      </w:r>
      <w:proofErr w:type="spellEnd"/>
      <w:r>
        <w:t xml:space="preserve"> Ýaşamak Düzgünleri (mundan beýläk - Düzgünler) ýaşaýyş jaýlarynyň hödürlenmegi we student ýaşaýyş jaýyndan</w:t>
      </w:r>
      <w:r>
        <w:t xml:space="preserve"> çykarylmasy, ýaşaýanlaryň esasy hukuklary, borçlary we jogapkärçiligi, olara ulanylýan terbiýe çärelri, şeýle-de Woronjeş Döwlet Uniwersiteti (mundan beýläk - </w:t>
      </w:r>
      <w:r>
        <w:lastRenderedPageBreak/>
        <w:t>Uniwersitet) we ýaşaýyş jaýda ýaşaýanlar arasyndaky ýaşaýyş gatnaşyklaryny düzümlendirmek meselelerini düzümlendirýär. Ýaşaýyş jaýlara köçürilmek meseleleri bilen Student Ýaşaýyş Jaý Kompleksiniň Dolandyryşy (mundan beýläk - SÝJKD) meşgullanýar.</w:t>
      </w:r>
    </w:p>
    <w:p w14:paraId="13434C4F" w14:textId="77777777" w:rsidR="00D952D5" w:rsidRDefault="00A76141">
      <w:r>
        <w:t>1.2. Häzirki Düzgünler Russiýa Federasiýasynyň häzirki wagtda hereket edýän ýaşaýyş</w:t>
      </w:r>
      <w:r>
        <w:t xml:space="preserve"> kanunçylygy we normatiw resminamalarynyň esasynda döredildi. Düzgünler ýerli düzgünnama resminamasy bolup durýar, onuň ýerine ýetirilmegi Woronjeş Döwlet Uniwersitetiniň (mundan beýläk - Uniwersitet) student ýaşaýyş jaýlarynda ýaşaýan ähli raýatlar üçin hökmandyr.</w:t>
      </w:r>
    </w:p>
    <w:p w14:paraId="17D325CE" w14:textId="0112C0B8" w:rsidR="00D952D5" w:rsidRDefault="00A76141">
      <w:r>
        <w:rPr>
          <w:b/>
        </w:rPr>
        <w:t xml:space="preserve">2 Ýaşaýyş jaýlaryň hödürlenmegi we ýaşaýyş jaýlara </w:t>
      </w:r>
      <w:proofErr w:type="spellStart"/>
      <w:r w:rsidR="005E463E">
        <w:rPr>
          <w:b/>
        </w:rPr>
        <w:t>g</w:t>
      </w:r>
      <w:r>
        <w:rPr>
          <w:b/>
        </w:rPr>
        <w:t>öçürilmek</w:t>
      </w:r>
      <w:proofErr w:type="spellEnd"/>
      <w:r>
        <w:rPr>
          <w:b/>
        </w:rPr>
        <w:t xml:space="preserve"> tertibi</w:t>
      </w:r>
    </w:p>
    <w:p w14:paraId="1A5DFEAB" w14:textId="77777777" w:rsidR="00D952D5" w:rsidRDefault="00A76141">
      <w:r>
        <w:t>2.1. Uniwersitetiň Ýaşaýyş jaýlary wagtlaýyn ýaşamak we ýaşaýyş jaýlara mätäç bolýan şäherde ýaşamaýan raýatlar üçin niýetlenendir:</w:t>
      </w:r>
    </w:p>
    <w:p w14:paraId="22FFADC1" w14:textId="77777777" w:rsidR="00D952D5" w:rsidRDefault="00A76141">
      <w:r>
        <w:t>- orta hünär we ýokary bilim berýän esasy bilim berýän maksatnamalar boýunça gündizki okuw görnüşinde okuw möhleti boýunça okuwçylar;</w:t>
      </w:r>
    </w:p>
    <w:p w14:paraId="45B99177" w14:textId="77777777" w:rsidR="00D952D5" w:rsidRDefault="00A76141">
      <w:r>
        <w:t>- orta hünär we ýokary bilim berýän esasy bilim berýän maksatnamalar boýunça ýylyň okuw görnüşinde aralyk we ýekunjyk attestasiýany geçirmek möhleti boýunça okuwçylar;</w:t>
      </w:r>
    </w:p>
    <w:p w14:paraId="7B0E5F96" w14:textId="77777777" w:rsidR="00D952D5" w:rsidRDefault="00A76141">
      <w:r>
        <w:t>- aspiranturada we ordinatorlyk maksatnamalary boýunça ylmy-pedagogik kadrlary taýýarlamak maksatnamalary boýunça gündizki okuw görnüşinde okuw möhleti boýunça okuwçylar.</w:t>
      </w:r>
    </w:p>
    <w:p w14:paraId="71760A21" w14:textId="77777777" w:rsidR="00D952D5" w:rsidRDefault="00A76141">
      <w:r>
        <w:t>2012-nji ýylyň 29-njy dekabrynda № 273-FZ "Russiýa Federasiýasynda Bilim Hakynda" Federal Kanunyň 36-njy maddanyň 5-nji böleginde görkezilen okuwçylara ýaşaýyş jaýlar ilkinji nobatda hödürlenýär. Ýokarda sanalýan kategoriýalaryň okuwçylary üçin ýaşaýyş jaýlarynda ýerleriň doly üpjün edilmegi şertinde, Uniwersitet studentleriniň profsoýuz guramasynyň (birleşdirilen) (mundan beýläk - studentler profsoýuz guramasy) bilen ylalaşykda ýaşaýyş jaýlara ýerleşdirilmek karary kabul edip bilýär:</w:t>
      </w:r>
    </w:p>
    <w:p w14:paraId="586F91F1" w14:textId="77777777" w:rsidR="00D952D5" w:rsidRDefault="00A76141">
      <w:r>
        <w:t>- zawodlaryň, institutlaryň we fakultetleriň taýýarlyk bölümleriniň diňleýjilerini, kwalifikasiýany ýokarlatmak we beýleki okuwdan soňky we goşmaça hünär bilim berýän görnüşleriniň diňleýjilerini olaryň gündizki okuw döwründe wagtlaýyn ýaşamak üçin;</w:t>
      </w:r>
    </w:p>
    <w:p w14:paraId="4B3EB16D" w14:textId="77777777" w:rsidR="00D952D5" w:rsidRDefault="00A76141">
      <w:r>
        <w:t>- W. Woronjeş şäher okrugynyň territoriýasynda hemişelik ýaşaýan okuwçylary;</w:t>
      </w:r>
    </w:p>
    <w:p w14:paraId="3F298B7F" w14:textId="77777777" w:rsidR="00D952D5" w:rsidRDefault="00A76141">
      <w:r>
        <w:t>- beýleki kategoriýalaryň okuwçylary we girmek isleýänler.</w:t>
      </w:r>
    </w:p>
    <w:p w14:paraId="37D96C5E" w14:textId="77777777" w:rsidR="00D952D5" w:rsidRDefault="00A76141">
      <w:r>
        <w:t>Federal býujetiniň býujet maliýeleşdirilmegi boýunça esasy hünär bilim berýän maksatnamalar</w:t>
      </w:r>
      <w:r>
        <w:t xml:space="preserve"> boýunça Uniwersitete okuwa kabul edilen ýurt daşary raýatlara kwota </w:t>
      </w:r>
      <w:r>
        <w:lastRenderedPageBreak/>
        <w:t>çäklerinde ýaşaýyş jaýlar Russiýa Federasiýasynyň raýatlary üçin bellenen şertlerde, federal býujetiniň býujet maliýeleşdirilmegi boýunça okuwçylara hödürlenýär.</w:t>
      </w:r>
    </w:p>
    <w:p w14:paraId="2B1F14D6" w14:textId="77777777" w:rsidR="00D952D5" w:rsidRDefault="00A76141">
      <w:r>
        <w:t>Uniwersitetiň ähli mätäç okuwçylary üçin ýaşaýyş jaýlarynda ýerleriň doly üpjün edilmegi şertinde, Uniwersitetiň dolandyryşynyň, ýaşaýyş komissiýasynyň karary bilen ýaşaýyş jaýlar Uniwersitet bilen iş gatnaşyklary möhleti boýunça işgärlerine hödürlenip bilner.</w:t>
      </w:r>
    </w:p>
    <w:p w14:paraId="626F228B" w14:textId="77777777" w:rsidR="00D952D5" w:rsidRDefault="00A76141">
      <w:r>
        <w:t>Maşgala okuwçylarynyň, şol sanda ýurt daşary raýatlarynyň köçürilmegi umumy esaslarda amala aşyrylýar, maşgalanyň iki agzasy hem Uniwersitetiň studentleri bolan şertde.</w:t>
      </w:r>
    </w:p>
    <w:p w14:paraId="5C8D0F4D" w14:textId="77777777" w:rsidR="00D952D5" w:rsidRDefault="00A76141">
      <w:r>
        <w:t>Okuwçylaryň öň bozulmaklary ýa-da häzirki Düzgünleriň ýerine ýetirilmegi ýagdaýynda, student ýaşaýyş jaýlarynda ýaşaýyş jaýlarynyň hödürlenmeginden ýüz öwürmek mümkin.</w:t>
      </w:r>
    </w:p>
    <w:p w14:paraId="2A90F0E3" w14:textId="77777777" w:rsidR="00D952D5" w:rsidRDefault="00A76141">
      <w:r>
        <w:t>Akademik aralyk möhleti boýunça bilim berýän prosesden çykarylýan okuwçylar, onuň gutarýança ýaşaýyş jaýda eýelenýän ýerini boşadýarlar. Mysalda ýokarlanýan ýagdaý</w:t>
      </w:r>
      <w:r>
        <w:t xml:space="preserve"> W. Woronjeşde bejergi geçirýän şertde, lukmançylyk görkezmelere laýyklykda akademik aralyk möhleti.</w:t>
      </w:r>
    </w:p>
    <w:p w14:paraId="15760E3B" w14:textId="77777777" w:rsidR="00D952D5" w:rsidRDefault="00A76141">
      <w:r>
        <w:t>2.2. Student ýaşaýyş jaýynda daşary adamlaryň ýaşamagy rugsat edilmeýär.</w:t>
      </w:r>
    </w:p>
    <w:p w14:paraId="6D0CB822" w14:textId="77777777" w:rsidR="00D952D5" w:rsidRDefault="00A76141">
      <w:r>
        <w:t>2.3. Ýaşaýyş jaýlara mätäç bolanlar rektoryň adyna isleg hataryny ýazmalydyr. Isleg hatary SÝJKD-nyň başlygyna tabşyrylýar. Islege aşakdaky resminamalar goşulýar:</w:t>
      </w:r>
    </w:p>
    <w:p w14:paraId="1C00F43A" w14:textId="77777777" w:rsidR="00D952D5" w:rsidRDefault="00A76141">
      <w:r>
        <w:t>2.3.1. Orta hünär we ýokary bilim berýän esasy bilim berýän maksatnamalar boýunça gündizki okuw görnüşinde okuw möhleti boýunça; orta hünär we ýokary bilim berýän esasy</w:t>
      </w:r>
      <w:r>
        <w:t xml:space="preserve"> bilim berýän maksatnamalar boýunça ýylyň okuw görnüşinde aralyk we ýekunjyk attestasiýany geçirmek möhleti boýunça okuwçylar üçin:</w:t>
      </w:r>
    </w:p>
    <w:p w14:paraId="6BA622EB" w14:textId="77777777" w:rsidR="00D952D5" w:rsidRDefault="00A76141">
      <w:r>
        <w:t>- täze giren okuwçylar üçin kabul edilmek baradaky buýruk; beýlekiler üçin dekanatdan sprawka; ýylyň okuwçylary üçin çakylyk-sprawka;</w:t>
      </w:r>
    </w:p>
    <w:p w14:paraId="5F968702" w14:textId="77777777" w:rsidR="00D952D5" w:rsidRDefault="00A76141">
      <w:r>
        <w:t>- pasportyň nusgasy (birinji sahypa we ýaşaýan ýeri boýunça hasaba alynmagy);</w:t>
      </w:r>
    </w:p>
    <w:p w14:paraId="2CC63850" w14:textId="77777777" w:rsidR="00D952D5" w:rsidRDefault="00A76141">
      <w:r>
        <w:t>- SESD-196 lukmançylyk sprawkasy;</w:t>
      </w:r>
    </w:p>
    <w:p w14:paraId="4B6B0DB5" w14:textId="77777777" w:rsidR="00D952D5" w:rsidRDefault="00A76141">
      <w:r>
        <w:t>- ýeňillik baradaky sprawka (bar bolsa);</w:t>
      </w:r>
    </w:p>
    <w:p w14:paraId="64F9BEE1" w14:textId="77777777" w:rsidR="00D952D5" w:rsidRDefault="00A76141">
      <w:r>
        <w:t>- okuwçynyň W. Woronjeşde ýaşaýan ýeri boýunça hasaba durmanlygyny we (ýa-da)</w:t>
      </w:r>
      <w:r>
        <w:t xml:space="preserve"> öz emläginiň ýaşaýyş jaýynyň bolmanlygyny tassyklaýan resminama;</w:t>
      </w:r>
    </w:p>
    <w:p w14:paraId="5C1CADAE" w14:textId="77777777" w:rsidR="00D952D5" w:rsidRDefault="00A76141">
      <w:r>
        <w:t>- ýaşaýyş jaýda ýaşaýyş jaýynyň hödürlenmek şertnamasyny baglaşmak boýunça bir ata-anasynyň ýa-da golaýynyň razylygy (ýetmiş ýaşa çenli okuwçylar üçin);</w:t>
      </w:r>
    </w:p>
    <w:p w14:paraId="533FD449" w14:textId="77777777" w:rsidR="00D952D5" w:rsidRDefault="00A76141">
      <w:r>
        <w:lastRenderedPageBreak/>
        <w:t>- 3x4 ölçegli suratlar (4 sany).</w:t>
      </w:r>
    </w:p>
    <w:p w14:paraId="52BFD9D2" w14:textId="77777777" w:rsidR="00D952D5" w:rsidRDefault="00A76141">
      <w:r>
        <w:t>2.3.2. Ýurt daşary okuwçylar köçürilende aşakdaky resminamalar hödürlenýär:</w:t>
      </w:r>
    </w:p>
    <w:p w14:paraId="25143D4F" w14:textId="77777777" w:rsidR="00D952D5" w:rsidRDefault="00A76141">
      <w:r>
        <w:t>- pasportyň nusgasy (suratly sahypa);</w:t>
      </w:r>
    </w:p>
    <w:p w14:paraId="1480C862" w14:textId="77777777" w:rsidR="00D952D5" w:rsidRDefault="00A76141">
      <w:r>
        <w:t>- wiza nusgasy (bar bolsa);</w:t>
      </w:r>
    </w:p>
    <w:p w14:paraId="2B94126C" w14:textId="77777777" w:rsidR="00D952D5" w:rsidRDefault="00A76141">
      <w:r>
        <w:t>- kabul edilmek baradaky buýruk ýa-da dekanatdan sprawka;</w:t>
      </w:r>
    </w:p>
    <w:p w14:paraId="6A938343" w14:textId="77777777" w:rsidR="00D952D5" w:rsidRDefault="00A76141">
      <w:r>
        <w:t>- lukmançylyk sprawkasy;</w:t>
      </w:r>
    </w:p>
    <w:p w14:paraId="381F8CDD" w14:textId="77777777" w:rsidR="00D952D5" w:rsidRDefault="00A76141">
      <w:r>
        <w:t>- Russiýa Federasiýasynyň häzirki wagtda hereket edýän kanunçylygynda göz öňünde tutulan lukmançylyk gyýbynyň nusgasy;</w:t>
      </w:r>
    </w:p>
    <w:p w14:paraId="2D6BC6DD" w14:textId="77777777" w:rsidR="00D952D5" w:rsidRDefault="00A76141">
      <w:r>
        <w:t>- okuwçynyň W. Woronjeşde ýaşaýan ýeri boýunça hasaba durmanlygyny we (ýa-da) öz emläginiň ýaşaýyş jaýynyň bolmanlygyny tassyklaýan resminama;</w:t>
      </w:r>
    </w:p>
    <w:p w14:paraId="1AB8D831" w14:textId="77777777" w:rsidR="00D952D5" w:rsidRDefault="00A76141">
      <w:r>
        <w:t>- migrasiýa hasabyna goýulmak baradaky goýbent talonyň nusgasy (köçürilmeginden başlap 7 iş günüň dowamynda);</w:t>
      </w:r>
    </w:p>
    <w:p w14:paraId="404A835A" w14:textId="77777777" w:rsidR="00D952D5" w:rsidRDefault="00A76141">
      <w:r>
        <w:t>- 3x4 ölçegli suratlar (4 sany).</w:t>
      </w:r>
    </w:p>
    <w:p w14:paraId="059DEC57" w14:textId="77777777" w:rsidR="00D952D5" w:rsidRDefault="00A76141">
      <w:r>
        <w:t>2.3.3. Uniwersitetiň işgärleri we olaryň maşgalanyň agzalary, şeýle-de aspiranturada</w:t>
      </w:r>
      <w:r>
        <w:t xml:space="preserve"> ylmy we ylmy-pedagogik kadrlary taýýarlamak maksatnamalary, ordinatorlyk maksatnamalary, şeýle-de asistantlyk-stajyrowka maksatnamalary boýunça okuwçylar üçin resminamalar 2021-nji ýylyň 22-nji dekabrynda Russiýa Federasiýasynyň Ylym we Ýokary Bilim Ministrliginiň № 1363 buýrugynyň 3-nji goşundysynyň 4-nji degişli nusgasy boýunça hödürlenýär.</w:t>
      </w:r>
    </w:p>
    <w:p w14:paraId="16807483" w14:textId="77777777" w:rsidR="00D952D5" w:rsidRDefault="00A76141">
      <w:r>
        <w:t>2.3.4. Her ýyl, 30-njy sentýabra çenli, 2.3.1 - 2.3.3 degişli nusgalarda görkezilen,</w:t>
      </w:r>
      <w:r>
        <w:t xml:space="preserve"> ýaşaýyş jaýlarda ýaşaýan şahslar müdiriň ýanyna flýorografiýa barlagynyň netijelerini, häzirki kursy görkezen dekanatdan sprawkany (işgärler üçin iş ýerinden sprawkany), iki sany 3x4 ölçegli surat berýärler. Mundan başga, ýurt daşary okuwçylar, ýaşaýyş jaýlarda ýaşaýan, möhleti gutarýan (5 iş günüň dowamynda) ýurt daşary okuwçylar wiza nusgasyny (wagtlaýyn ýaşamak rugsadynyň nusgasyny), migrasiýa hasabyna goýulmak baradaky goýbent talonyň nusgasyny berýärler.</w:t>
      </w:r>
    </w:p>
    <w:p w14:paraId="59029430" w14:textId="77777777" w:rsidR="00D952D5" w:rsidRDefault="00A76141">
      <w:r>
        <w:t>2.4. Student ýaşaýyş jaýlarynda ýaşaýyş jaýlar rektoryň buýrugy we ýaşaýyş jaýynyň hödürlenmegi şertnamalary esasynda hödürlenýär. Student ýaşaýyş jaýynda ýaşaýyş jaýynyň hödürlenmegi şertnamasy iki nusgada ýasalýar, bir nusgasy ýaşaýanyň ýanynda saklanýar, beýegisi ýaşaýyş jaýyň müdiriniň ýanynda durýar. Ýaşaýyş jaýlarda ýaşaýanlaryň ýerleşdirilmegi Russiýa Federasiýasynyň Ýaşaýyş Kodeksynda bellenen ýaşaýyş meýdanynyň bir adama ýaşaýyş jaýlarda normalaryna eýermek bilen amala aşyrylýar.</w:t>
      </w:r>
    </w:p>
    <w:p w14:paraId="52FBE408" w14:textId="77777777" w:rsidR="00D952D5" w:rsidRDefault="00A76141">
      <w:r>
        <w:lastRenderedPageBreak/>
        <w:t>Häzirki wagtda hereket edýän kanunçylygyň normalary üýtgese, taraplar täze kanunçylyk düzgünlerine eýerýärler, eger täze kanunda öz güýji öňden baglanan şertnamalardan döreýän gatnaşyklara ýaýylýandygy bellense.</w:t>
      </w:r>
    </w:p>
    <w:p w14:paraId="2467E4A5" w14:textId="77777777" w:rsidR="00D952D5" w:rsidRDefault="00A76141">
      <w:r>
        <w:t>2.5. Ýaşaýyş jaýa köçürilmek ýaşaýyş jaýyň müdiri tarapyndan amala aşyrylýar. Ýaşaýyş jaýa köçürilende ýaşaýanlar häzirki Düzgünler bilen, Uniwersitetiň obýektlerine giriş we bolmak tertibi boýunça görkezme bilen, ýangyn howpsuzlygy boýunça görkezme bilen,</w:t>
      </w:r>
      <w:r>
        <w:t xml:space="preserve"> elektrik enjamlaryny ulanýarka howpsuzlyk tehnikasy boýunça görkezme bilen, бытовой радиоаппаратуры we gaz enjamlaryny ulanýarka howpsuzlyk tehnikasy boýunça görkezme bilen tanyşdyrylmalydyr. Görkezmeler ýaşaýyş jaýyň müdiri tarapyndan geçirilýär. Ýaşaýyş jaýynyň kabul ediş-beriş aktasy ýasalýar.</w:t>
      </w:r>
    </w:p>
    <w:p w14:paraId="40BB4A55" w14:textId="77777777" w:rsidR="00D952D5" w:rsidRDefault="00A76141">
      <w:r>
        <w:t>2.6. Awariýa ýa-da ýaşaýyş jaýynyň esasy remonty sebäpli ýaşaýyş jaýda ýaşap bilmeýän ýagdaýynda okuwçylara şu ýa-da başga ýaşaýyş jaýda ýer hödürlenýär. Ýaşaýanlaryň bir otagdan</w:t>
      </w:r>
      <w:r>
        <w:t xml:space="preserve"> beýleki otaga köçürilmegi SÝJKD-nyň dolandyryşynyň we ýaşaýyş jaýyň studentler geňeşiniň (mundan beýläk - Ýaşaýyş jaýyň Studgeňeşi) karary bilen amala aşyrylýar.</w:t>
      </w:r>
    </w:p>
    <w:p w14:paraId="6C1F8827" w14:textId="77777777" w:rsidR="00D952D5" w:rsidRDefault="00A76141">
      <w:r>
        <w:t>2.7. Ýaşaýyş jaýlara köçürilende ýurt daşary okuwçylaryň we bir fakultetiň okuwçylarynyň ýygnak ýerleşdirilmegi hökmandyr.</w:t>
      </w:r>
    </w:p>
    <w:p w14:paraId="10B721E1" w14:textId="77777777" w:rsidR="00D952D5" w:rsidRDefault="00A76141">
      <w:r>
        <w:t>2.8. Ýaşaýanlar köçürilmeginden başlap 30 günüň dowamynda ýaşaýan ýeri boýunça hasaba durmalydyr, ýurt daşary raýatlar 7 iş günüň dowamynda migrasiýa hasabyna goýulmak baradaky goýbent talonyň nusgasyny berýärler.</w:t>
      </w:r>
    </w:p>
    <w:p w14:paraId="5C9B62D1" w14:textId="77777777" w:rsidR="00D952D5" w:rsidRDefault="00A76141">
      <w:r>
        <w:t>2.9. Birinji kurs okuwçylaryna ýaşaýyş jaýa köçürilmeginden başlap 15 günüň dowamynda dekanatdan sprawka berilmelidir.</w:t>
      </w:r>
    </w:p>
    <w:p w14:paraId="502AE0F7" w14:textId="77777777" w:rsidR="00D952D5" w:rsidRDefault="00A76141">
      <w:r>
        <w:t>2.10. Pasportyň çalşylmagy ýa-da ýitirilmegi ýagdaýynda, ony alan gününden başlap 10-günlük möhletde ýaşaýyş jaýyň dolandyryşyna täze pasport barada maglumat berilmelidir. Pasportsyz ýa-da ýöriteleşdirilen pasport bilen ýaşamak rugsat edilmeýär.</w:t>
      </w:r>
    </w:p>
    <w:p w14:paraId="180532EF" w14:textId="77777777" w:rsidR="00D952D5" w:rsidRDefault="00A76141">
      <w:r>
        <w:rPr>
          <w:b/>
        </w:rPr>
        <w:t>3 Ýaşaýyş jaýda ýaşamak tölegi</w:t>
      </w:r>
    </w:p>
    <w:p w14:paraId="1A7FAE14" w14:textId="77777777" w:rsidR="00D952D5" w:rsidRDefault="00A76141">
      <w:r>
        <w:t>3.1. Ýaşaýyş jaýlarynda ýaşaýanlaryň Häkirleri ýaşaýyş jaýdan peýdalanmak tölegini</w:t>
      </w:r>
      <w:r>
        <w:t xml:space="preserve"> (hödürlenmegiň tölegi) we kommunal hyzmatlar tölegini (mundan beýläk - ýaşaýyş jaýda ýaşamak tölegi) töleýärler.</w:t>
      </w:r>
    </w:p>
    <w:p w14:paraId="2F45F209" w14:textId="77777777" w:rsidR="00D952D5" w:rsidRDefault="00A76141">
      <w:r>
        <w:t>3.2. Ýaşaýyş jaýlarynda ýaşaýanlar üçin ýaşaýyş jaýdan peýdalanmak töleginiň (hödürlenmegiň tölegi) mukdary Uniwersitet tarapyndan ýaşaýyş jaýlaryň hiliniň, abadançylygynyň, ýerleşişiniň we meýdanynyň ýagdaýyna baglylykda bellenýär. Ýaşaýyş jaýlarynda okuwçylar üçin ýaşaýyş jaýdan peýdalanmak töleginiň (hödürlenmegiň</w:t>
      </w:r>
      <w:r>
        <w:t xml:space="preserve"> tölegi) mukdary Uniwersitetiň düzüjisiniň bellenen iň ýokary mukdaryndan geçip bilmeýär.</w:t>
      </w:r>
    </w:p>
    <w:p w14:paraId="296302A9" w14:textId="77777777" w:rsidR="00D952D5" w:rsidRDefault="00A76141">
      <w:r>
        <w:lastRenderedPageBreak/>
        <w:t>Kommunal hyzmatlar töleginiň mukdarynyň kesgitlenmegiň tertibi Russiýa Federasiýasynyň Hökümeti tarapyndan bellenýär.</w:t>
      </w:r>
    </w:p>
    <w:p w14:paraId="5669DA7F" w14:textId="77777777" w:rsidR="00D952D5" w:rsidRDefault="00A76141">
      <w:r>
        <w:t>3.3. Ýaşaýyş jaýda ýaşamak töleginiň mukdary rektoryň buýrugy bilen, Uniwersitetde okuwçylaryň geňeşleriniň we wekilleýin organlarynyň pikirlerini eýermek bilen bellenýär. Uniwersitet okuwçylar üçin ýaşaýyş jaýdan peýdalanmak töleginiň (hödürlenmegiň tölegi) we</w:t>
      </w:r>
      <w:r>
        <w:t xml:space="preserve"> (ýa-da) kommunal hyzmatlar töleginiň mukdaryny peseltmek hukugyna eýe, ýa-da olaryň pikirlerini we okuwçylaryň wekilleýin organlarynyň (bar bolsa) pikirlerini eýermek bilen aýryk kategoriýalaryň okuwçylaryndan bu tölegi almazlyk. 2012-nji ýylyň 29-njy dekabrynda № 273-FZ "Russiýa Federasiýasynda Bilim Hakynda" Federal Kanunyň 36-njy maddanyň 5-nji böleginde görkezilen şahslar ýaşaýyş jaýdan peýdalanmak töleginden (hödürlenmegiň tölegi) boşadylýarlar, döwlet sosial kömek alýan şahslardan başga.</w:t>
      </w:r>
    </w:p>
    <w:p w14:paraId="35F01074" w14:textId="77777777" w:rsidR="00D952D5" w:rsidRDefault="00A76141">
      <w:r>
        <w:t>3.4. Häkimiýetçi bilen ylalaşykda, Häkir ýaşaýyş jaýda ýaşamak tölegini hem her aý, geçen aýyň on bäşinji gününe çenli, hem hem uzyn möhletli ýaşamak üçin töleýär. Töleg Häkiniň saýlamasy bilen nagt däl tertipde, ýaşaýyş jaýda ýaşaýyş jaýynyň hödürlenmegi şertnamasynda görkezilen Uniwersitetiň hasaplaýyş hasabyna pul geçirmek ýa-da nagt pul hökmünde Uniwersitetiň kassasyna girizmek arkaly amala aşyrylýar. Töleg resminamasyň nusgasy ýaşaýyş jaýyň müdiri tarapyndan töleg möhletlerine laýyklykda berilmelidir.</w:t>
      </w:r>
      <w:r>
        <w:t xml:space="preserve"> 2.1 degişli nusgada görkezilen, ýaşaýyş jaýlarda ýaşaýan okuwçylaryň wagtlaýyn ýoklugy döwründe tölegiň gaýtadan hasaplaýyşy göz öňünde tutulmaýar.</w:t>
      </w:r>
    </w:p>
    <w:p w14:paraId="55B41592" w14:textId="77777777" w:rsidR="00D952D5" w:rsidRDefault="00A76141">
      <w:r>
        <w:t>3.5. Uniwersitet olaryň razylygy bilen ýaşaýanlara aşakdaky goşmaça (tölegli) hyzmatlary hödürip bilýär:</w:t>
      </w:r>
    </w:p>
    <w:p w14:paraId="78AC5D4C" w14:textId="77777777" w:rsidR="00D952D5" w:rsidRDefault="00A76141">
      <w:r>
        <w:t>- şahsy elektrik enjamlarynyň ulanylmagy;</w:t>
      </w:r>
    </w:p>
    <w:p w14:paraId="078435F5" w14:textId="77777777" w:rsidR="00D952D5" w:rsidRDefault="00A76141">
      <w:r>
        <w:t>- goşmaça ýaşaýyş meýdanynyň ulanylmagy;</w:t>
      </w:r>
    </w:p>
    <w:p w14:paraId="7616A987" w14:textId="77777777" w:rsidR="00D952D5" w:rsidRDefault="00A76141">
      <w:r>
        <w:t>- zatlaryň saklanmagy. Goşmaça hyzmatlaryň sanawy, hümmümi we tertibi ýaşaýyş jaýda ýaşaýanlara goşmaça hyzmatlaryň hödürlenmegi şertnamasy bilen kesgitlenýär.</w:t>
      </w:r>
      <w:r>
        <w:t xml:space="preserve"> Goşmaça hyzmatlaryň töleginiň mukdary Uniwersitetiň rektoryň buýrugy bilen bellenýär. Goşmaça hyzmatlaryň tölegi ýaşaýyş jaýda ýaşaýanlara goşmaça hyzmatlaryň hödürlenmegi şertnamasynda bellenen möhletlerde tölenýär.</w:t>
      </w:r>
    </w:p>
    <w:p w14:paraId="5E72A2B7" w14:textId="77777777" w:rsidR="00D952D5" w:rsidRDefault="00A76141">
      <w:r>
        <w:rPr>
          <w:b/>
        </w:rPr>
        <w:t>4 Ýaşaýyş jaýa giriş we bolmak tertibi</w:t>
      </w:r>
    </w:p>
    <w:p w14:paraId="6ED93E4A" w14:textId="77777777" w:rsidR="00D952D5" w:rsidRDefault="00A76141">
      <w:r>
        <w:t>4.1. Ýaşaýyş jaýlara giriş we bolmak tertibi Uniwersitetiň obýektlerine giriş we bolmak tertibi boýunça görkezme bilen (mundan beýläk - Görkezme) düzümlendirilýär.</w:t>
      </w:r>
    </w:p>
    <w:p w14:paraId="1F3787BC" w14:textId="77777777" w:rsidR="00D952D5" w:rsidRDefault="00A76141">
      <w:r>
        <w:t>4.2. Görkezmeniň täsiri Uniwersitetde işleýän, Uniwersitete okuwa kabul edilen ähli</w:t>
      </w:r>
      <w:r>
        <w:t xml:space="preserve"> kategoriýalaryň adamlara, onuň ähli myhmanlaryna ýaýylýar.</w:t>
      </w:r>
    </w:p>
    <w:p w14:paraId="305EEB86" w14:textId="77777777" w:rsidR="00D952D5" w:rsidRDefault="00A76141">
      <w:r>
        <w:t>4.3. Görkezmeniň düzgünleri ýaşaýyş jaýlarda ýaşaýanlara ýaşaýyş jaýlaryň müdirleri tarapyndan ýetirilýär.</w:t>
      </w:r>
    </w:p>
    <w:p w14:paraId="447E3E4F" w14:textId="77777777" w:rsidR="00D952D5" w:rsidRDefault="00A76141">
      <w:r>
        <w:t>4.4. Görkezmeniň talaplarynyň bozulmagy üçin ýaşaýyş jaýlarda ýaşaýanlar 2012-nji ýylyň 29-njy dekabrynda № 273-FZ "Russiýa Federasiýasynda Bilim Hakynda" Federal Kanunyň 43-nji maddanyň 4-nji degişli nusgasy boýunça terbiýe jogapkärçiligi çekýärler.</w:t>
      </w:r>
    </w:p>
    <w:p w14:paraId="3A29333E" w14:textId="77777777" w:rsidR="00D952D5" w:rsidRDefault="00A76141">
      <w:r>
        <w:t>4.5. Çakylyk edilenleriniň wagtynda gitmegi we olaryň häzirki Düzgünlerine eýermegi</w:t>
      </w:r>
      <w:r>
        <w:t xml:space="preserve"> üçin çakylyk ediji jogapkärçilik çekýär.</w:t>
      </w:r>
    </w:p>
    <w:p w14:paraId="599FA37E" w14:textId="77777777" w:rsidR="00D952D5" w:rsidRDefault="00A76141">
      <w:r>
        <w:t>4.6. Ýaşaýyş jaýdan çykarylýan şahslara ýaşaýyş jaýa giriş rugsat edilmeýär.</w:t>
      </w:r>
    </w:p>
    <w:p w14:paraId="5C500E09" w14:textId="77777777" w:rsidR="00D952D5" w:rsidRDefault="00A76141">
      <w:r>
        <w:t>4.7. Ýaşaýyş jaýyň müdiri ýaşaýanlara wagtlaýyn rugsat berýär we onuň möhleti gutarýanda alyp durýar. Wagtlaýyn rugsadyň möhleti gutarýanda berilmedik bolsa, ol nädogry hasaplanýar.</w:t>
      </w:r>
    </w:p>
    <w:p w14:paraId="06375361" w14:textId="77777777" w:rsidR="00D952D5" w:rsidRDefault="00A76141">
      <w:r>
        <w:rPr>
          <w:b/>
        </w:rPr>
        <w:t>5 Ýaşaýyş jaýlarda ýaşaýanlaryň hukuklary we borçlary</w:t>
      </w:r>
    </w:p>
    <w:p w14:paraId="13865721" w14:textId="77777777" w:rsidR="00D952D5" w:rsidRDefault="00A76141">
      <w:r>
        <w:t>5.1. Ýaşaýyş jaýlarda ýaşaýanlar şu Hukuklara eýe:</w:t>
      </w:r>
    </w:p>
    <w:p w14:paraId="23C94AE2" w14:textId="77777777" w:rsidR="00D952D5" w:rsidRDefault="00A76141">
      <w:r>
        <w:t>- häzirki Düzgünleriň we ýaşaýyş jaýynyň hödürlenmegi şertnamasynyň şertlerini ýerine</w:t>
      </w:r>
      <w:r>
        <w:t xml:space="preserve"> ýetiren ýagdaýynda olara goýberilen ýaşaýyş otagynda ýaşamak;</w:t>
      </w:r>
    </w:p>
    <w:p w14:paraId="7C4A74EC" w14:textId="77777777" w:rsidR="00D952D5" w:rsidRDefault="00A76141">
      <w:r>
        <w:t>- SÝJKD-nyň dolandyryşynyň we Ýaşaýyş jaýyň Studgeňeşiniň razylygy bilen ýaşaýyş jaýyň beýleki ýaşaýyş jaýyna köçmek;</w:t>
      </w:r>
    </w:p>
    <w:p w14:paraId="4F74841C" w14:textId="77777777" w:rsidR="00D952D5" w:rsidRDefault="00A76141">
      <w:r>
        <w:t>- ýaşaýyş şertlerini gowulandyrmak üçin, SÝJKD-nyň dolandyryşynyň rugsady bilen, eýelenýän ýaşaýyş otagynyň kosmetik remontyny geçirmek;</w:t>
      </w:r>
    </w:p>
    <w:p w14:paraId="43FD021C" w14:textId="77777777" w:rsidR="00D952D5" w:rsidRDefault="00A76141">
      <w:r>
        <w:t>- özbaşdak meşgullanmak we kultura-ýaşamak maksatly otaglardan, ýaşaýyş jaýyň enjamlaryndan, inventarindan peýdalanmak;</w:t>
      </w:r>
    </w:p>
    <w:p w14:paraId="5C46C124" w14:textId="77777777" w:rsidR="00D952D5" w:rsidRDefault="00A76141">
      <w:r>
        <w:t>- ýaşaýyş jaýyň dolandyryşyna wagtynda remont, enjamlaryň we inventaryň çalşylmagy barada haýyşlar bilen ýüzlenmek, olar olaryň ýaşyna sebäp bolmadyk ýagdaýda ýykyldy;</w:t>
      </w:r>
    </w:p>
    <w:p w14:paraId="216C5B2C" w14:textId="77777777" w:rsidR="00D952D5" w:rsidRDefault="00A76141">
      <w:r>
        <w:t>- Ýaşaýyş jaýyň Studgeňeşiniň düzümine girmekde we onuň agzasy bolmakda gatnaşmak;</w:t>
      </w:r>
    </w:p>
    <w:p w14:paraId="54F25956" w14:textId="77777777" w:rsidR="00D952D5" w:rsidRDefault="00A76141">
      <w:r>
        <w:t>- Ýaşaýyş jaýyň Studgeňeşi arkaly ýaşaýyş-ýaşamak şertlerini gowulandyrmak, terbiýe işiniň we dynç alyşyň gurnalmagy meselelerini çözmekde gatnaşmak;</w:t>
      </w:r>
    </w:p>
    <w:p w14:paraId="705A147A" w14:textId="77777777" w:rsidR="00D952D5" w:rsidRDefault="00A76141">
      <w:r>
        <w:t>- howpsuzlyk tehnikasy we ýangyn howpsuzlygy düzgünlerine eýermek bilen бытовой tehnikasyndan peýdalanmak.</w:t>
      </w:r>
    </w:p>
    <w:p w14:paraId="4AD07D29" w14:textId="77777777" w:rsidR="00D952D5" w:rsidRDefault="00A76141">
      <w:r>
        <w:t>- şahsy hereketlilik we ulag serişdelerini ýaşaýyş jaýyň ýaşaýyş jaýy üçin ýöriteleşdirilen ýerlerde/goýum meýdanylarynda goýmak/parlawmak.</w:t>
      </w:r>
    </w:p>
    <w:p w14:paraId="3B5E7CDD" w14:textId="77777777" w:rsidR="00D952D5" w:rsidRDefault="00A76141">
      <w:r>
        <w:t>- sapakdan başga wagtda ýaşaýyş jaýyň studentler geňeşi tarapyndan ýaşaýyş jaýyň we onuň ýanyndaky territoriýanyň özbaşdak abadançylyk, ýaşyl ýerleriň abadançylygy we beýleki işlerine çekilmek, iş howpsuzlygy düzgünlerine eýermek bilen ýaşaýyş jaýynyň hödürlenmegi şertnamasynyň baglananlygyny eýermek bilen.</w:t>
      </w:r>
    </w:p>
    <w:p w14:paraId="32E90480" w14:textId="77777777" w:rsidR="00D952D5" w:rsidRDefault="00A76141">
      <w:r>
        <w:t>5.2. Ýaşaýyş jaýlarda ýaşaýanlar şu Borçlary ýüklenýär:</w:t>
      </w:r>
    </w:p>
    <w:p w14:paraId="305E70A7" w14:textId="77777777" w:rsidR="00D952D5" w:rsidRDefault="00A76141">
      <w:r>
        <w:t>- häzirki Düzgünleriň talaplaryny ýerine ýetirmek;</w:t>
      </w:r>
    </w:p>
    <w:p w14:paraId="32147B74" w14:textId="77777777" w:rsidR="00D952D5" w:rsidRDefault="00A76141">
      <w:r>
        <w:t>- Uniwersitet bilen baglanan ýaşaýyş jaýynyň hödürlenmegi şertnamasynyň şertlerini ýerine ýetirmek;</w:t>
      </w:r>
    </w:p>
    <w:p w14:paraId="56D0E13D" w14:textId="77777777" w:rsidR="00D952D5" w:rsidRDefault="00A76141">
      <w:r>
        <w:t>- bellenen tertipde we möhletlerde ýaşaýyş jaýyň dolandyryşyna häzirki Düzgünlerde göz öňünde tutulan zerur resminamalary berýärler;</w:t>
      </w:r>
    </w:p>
    <w:p w14:paraId="265DC1AB" w14:textId="77777777" w:rsidR="00D952D5" w:rsidRDefault="00A76141">
      <w:r>
        <w:t>- myhmanlary bellenen wagtda kabul etmek;</w:t>
      </w:r>
    </w:p>
    <w:p w14:paraId="75DB9529" w14:textId="77777777" w:rsidR="00D952D5" w:rsidRDefault="00A76141">
      <w:r>
        <w:t>- hödürlenmegiň, kommunal hyzmatlaryň we ähli görnüşli goşmaça tölegli hyzmatlaryň tölegini wagtynda tölemek;</w:t>
      </w:r>
    </w:p>
    <w:p w14:paraId="03F63026" w14:textId="77777777" w:rsidR="00D952D5" w:rsidRDefault="00A76141">
      <w:r>
        <w:t>- özbaşdak meşgullanmak we kultura-ýaşamak maksatly otaglardan peýdalanýarka dymlylygy saklamak we beýleki ýaşaýanlaryň ol otaglardan peýdalanmagyna päsgelçilik döretmezlik;</w:t>
      </w:r>
    </w:p>
    <w:p w14:paraId="16A1C4A6" w14:textId="77777777" w:rsidR="00D952D5" w:rsidRDefault="00A76141">
      <w:r>
        <w:t>- howpsuzlyk tehnikasy we ýangyn howpsuzlygy düzgünlerine eýermek;</w:t>
      </w:r>
    </w:p>
    <w:p w14:paraId="5701D98A" w14:textId="77777777" w:rsidR="00D952D5" w:rsidRDefault="00A76141">
      <w:r>
        <w:t>- бытовой elektrik enjamlaryny we gaz plitalaryny ulanýarka görkezmelere eýermek;</w:t>
      </w:r>
    </w:p>
    <w:p w14:paraId="7D0356AD" w14:textId="77777777" w:rsidR="00D952D5" w:rsidRDefault="00A76141">
      <w:r>
        <w:t>- elektrik enjamlaryny satyn alanlary wagtynda, ýazgy şekilde, ýaşaýyş jaýyň müdirine habar etmek;</w:t>
      </w:r>
    </w:p>
    <w:p w14:paraId="042118FF" w14:textId="77777777" w:rsidR="00D952D5" w:rsidRDefault="00A76141">
      <w:r>
        <w:t>- ulanylmadyk we goşmaça hyzmatlaryň şertnamasyna goşulmadyk elektrik enjamlaryny</w:t>
      </w:r>
      <w:r>
        <w:t xml:space="preserve"> hökmany tertipde saklama otagyna tabşyrmak ýa-da ýaşaýyş jaýyň territoriýasyndan çykarmak;</w:t>
      </w:r>
    </w:p>
    <w:p w14:paraId="04C8A291" w14:textId="77777777" w:rsidR="00D952D5" w:rsidRDefault="00A76141">
      <w:r>
        <w:t>- Uniwersitetiň emlägine ägir we ünsli çemeleşmek;</w:t>
      </w:r>
    </w:p>
    <w:p w14:paraId="2011436F" w14:textId="77777777" w:rsidR="00D952D5" w:rsidRDefault="00A76141">
      <w:r>
        <w:t>- elektrik energiýasyny, gaz we suwy tygşytly sarp etmek;</w:t>
      </w:r>
    </w:p>
    <w:p w14:paraId="5154B9FD" w14:textId="77777777" w:rsidR="00D952D5" w:rsidRDefault="00A76141">
      <w:r>
        <w:t>- ýaşaýyş jaýlarda we umumy peýdalanmak ýerlerinde arassaçylygy we tertibi saklamak; öz ýaşaýyş otaglaryny her gün süpürmek, aşhanada bolsa nobatçylyk grafigine laýyklykda;</w:t>
      </w:r>
    </w:p>
    <w:p w14:paraId="3A6FEF62" w14:textId="77777777" w:rsidR="00D952D5" w:rsidRDefault="00A76141">
      <w:r>
        <w:t>- zeper ýetirilen material zyýany häzirki wagtda hereket edýän kanunçylygyna we baglanan</w:t>
      </w:r>
      <w:r>
        <w:t xml:space="preserve"> ýaşaýyş jaýynyň hödürlenmegi şertnamasyna laýyklykda tölemek;</w:t>
      </w:r>
    </w:p>
    <w:p w14:paraId="733F5F96" w14:textId="77777777" w:rsidR="00D952D5" w:rsidRDefault="00A76141">
      <w:r>
        <w:t>- ýaşaýyş jaýyň dolandyryşyna ýaşaýyş otagyny görmek üçin mümkinçilik berýärler, häzirki Düzgünleriň eýerilmegini gözegçilik etmek, emlägiň saklanmagyny barlamak, profilaktiki we beýleki işleri geçirmek, şol sanda dezinfeksiýa;</w:t>
      </w:r>
    </w:p>
    <w:p w14:paraId="6142E74A" w14:textId="77777777" w:rsidR="00D952D5" w:rsidRDefault="00A76141">
      <w:r>
        <w:t>- montirlenen ýangyn goragynyň ulgamynyň saklanmagyny we işlemegini bozmanlygy üpjün etmek;</w:t>
      </w:r>
    </w:p>
    <w:p w14:paraId="5EAFEE01" w14:textId="77777777" w:rsidR="00D952D5" w:rsidRDefault="00A76141">
      <w:r>
        <w:t>- gapynyň gulbany özbaşdak çalşan ýagdaýynda otagyň açarynyň nusgasyny ýaşaýyş jaýyň müdirine tabşyrmak;</w:t>
      </w:r>
    </w:p>
    <w:p w14:paraId="1E4A7A53" w14:textId="77777777" w:rsidR="00D952D5" w:rsidRDefault="00A76141">
      <w:r>
        <w:t>- dowamly rugsady alan gününden başlap üç iş günüň dowamynda wagtlaýyn rugsady ýaşaýyş jaýyň müdirine tabşyrmak;</w:t>
      </w:r>
    </w:p>
    <w:p w14:paraId="2A439374" w14:textId="77777777" w:rsidR="00D952D5" w:rsidRDefault="00A76141">
      <w:r>
        <w:t>- Internet ulgamyna birikdiriş diňe ýaşaýyş jaýyň müdiri bilen ylalaşykda amala aşyrylýar;</w:t>
      </w:r>
    </w:p>
    <w:p w14:paraId="7D7C7FAF" w14:textId="77777777" w:rsidR="00D952D5" w:rsidRDefault="00A76141">
      <w:r>
        <w:t>- wagtlaýyn hasaba duran ýerinde ýoklugy barada ýazgy şekilde ýaşaýyş jaýyň müdirine habar etmek;</w:t>
      </w:r>
    </w:p>
    <w:p w14:paraId="2C3B65C5" w14:textId="77777777" w:rsidR="00D952D5" w:rsidRDefault="00A76141">
      <w:r>
        <w:t>- şertnamanyň ýatyrylmagy we ýaşaýyş jaýynyň boşadylmagy ýagdaýynda 3 günüň dowamynda onuň ýaşaýyş jaýyň dolandyryşynyň wekiline laýyk ýagdaýda tabşyrmak, şeýle-de ýaşaýyş jaý</w:t>
      </w:r>
      <w:r>
        <w:t xml:space="preserve"> we kommunal hyzmatlar boýunça bergini öwmek; mundan başga, gymmat zatlary goýan ýagdaýynda olary tölegli esasda saklama otagyna tabşyrmak. "Okuwçylaryň şahsy işleriniň düzülmegiň, ýürütülmegiň, saklanmagynyň tertibi, okuwçylaryň maglumatlary we bilim berýän maksatnamalarynyň ýerine ýetirilmegi, olaryň höweslendirilmegi" Görkezmesiniň talaplaryna laýyklykda ýaşaýyş jaýynda berginiň bolmanlygy baradaky bellenen nusgadaky sprawkany almak.</w:t>
      </w:r>
    </w:p>
    <w:p w14:paraId="7DBC0084" w14:textId="77777777" w:rsidR="00D952D5" w:rsidRDefault="00A76141">
      <w:r>
        <w:t>- 22:00-dan 07:00-a çenli ýaşaýanlaryň dymlylygyny we rahatlygyny bozýan hereketleri amala aşyrmanlyk. Gije wagtynda ýaşaýanlaryň dymlylygyny we rahatlygyny bozýan hereketlere degişlidir:</w:t>
      </w:r>
    </w:p>
    <w:p w14:paraId="306CD2DF" w14:textId="77777777" w:rsidR="00D952D5" w:rsidRDefault="00A76141">
      <w:r>
        <w:t>1) ses öndürýän we (ýa-da) ses güýçlendirýän enjamlaryň ulanylmagy;</w:t>
      </w:r>
    </w:p>
    <w:p w14:paraId="59E285B5" w14:textId="77777777" w:rsidR="00D952D5" w:rsidRDefault="00A76141">
      <w:r>
        <w:t>2) ulag serişdeleriniň ses signalynyň ulanylmagy, şol sanda howpsuzlyk signalizasiýasy, ýa-da ulag serişdesiniň ulanylmagy bilen başga ses täsirini döretmek;</w:t>
      </w:r>
    </w:p>
    <w:p w14:paraId="623062A5" w14:textId="77777777" w:rsidR="00D952D5" w:rsidRDefault="00A76141">
      <w:r>
        <w:t>3) köp gezek işleýän howpsuzlyk signalizasiýasynyň ses signalyny öçürmek üçin çäreleriň</w:t>
      </w:r>
      <w:r>
        <w:t xml:space="preserve"> kabul edilmezligi ýa-da näsaz howpsuzlyk signalizasiýasynyň ulanylmagy;</w:t>
      </w:r>
    </w:p>
    <w:p w14:paraId="75453160" w14:textId="77777777" w:rsidR="00D952D5" w:rsidRDefault="00A76141">
      <w:r>
        <w:t>4) pirotexniki serişdeleriň (petard, raket we beýlekileriň) ulanylmagy;</w:t>
      </w:r>
    </w:p>
    <w:p w14:paraId="7A841D1E" w14:textId="77777777" w:rsidR="00D952D5" w:rsidRDefault="00A76141">
      <w:r>
        <w:t>5) saz enjamlarynda oýun, gür sesli gürleşik, gykyryk, ysyrgyk, aýdym aýtmak, şeýle-de ses bilen ýaýlanyp, ýaşaýanlaryň dymlylygyny we rahatlygyny bozýan beýleki şuňa meňzeş hereketleriň amala aşyrylmagy.</w:t>
      </w:r>
    </w:p>
    <w:p w14:paraId="395E01A8" w14:textId="77777777" w:rsidR="00D952D5" w:rsidRDefault="00A76141">
      <w:r>
        <w:t>5.3. Ýaşaýyş jaýlarda ýaşaýanlara gadagan:</w:t>
      </w:r>
    </w:p>
    <w:p w14:paraId="66726A50" w14:textId="77777777" w:rsidR="00D952D5" w:rsidRDefault="00A76141">
      <w:r>
        <w:t>- daşary adamlary ýaşaýyş jaýa nädogry geçirmek we (ýa-da) olary gije galyp goýmak; ahlak-etik düzgünleri bozmak;</w:t>
      </w:r>
    </w:p>
    <w:p w14:paraId="4E656890" w14:textId="77777777" w:rsidR="00D952D5" w:rsidRDefault="00A76141">
      <w:r>
        <w:t>- özbaşdak bir otagdan beýleki otaga köçmek, ýa-da başga adamlara, şol sanda ýaşaýyş jaýyň beýleki otaglarynda ýaşaýanlara ýaşaýyş meýdanyny hödürmek;</w:t>
      </w:r>
    </w:p>
    <w:p w14:paraId="23692C90" w14:textId="77777777" w:rsidR="00D952D5" w:rsidRDefault="00A76141">
      <w:r>
        <w:t>- ýaşaýyş jaýda alkogol we (ýa-da) narkotik serişdeleriň täsirinde bolmak, olary geçirmek, ulanmak (içmek), saklamak;</w:t>
      </w:r>
    </w:p>
    <w:p w14:paraId="14DF5865" w14:textId="77777777" w:rsidR="00D952D5" w:rsidRDefault="00A76141">
      <w:r>
        <w:t>- onuň esasynda döredilýän alkogol we beýleki içgileri, şeýle-de narkotik serişdeleri we psihotrop zatlary saklamak, ulanmak, satmak;</w:t>
      </w:r>
    </w:p>
    <w:p w14:paraId="574EEA7D" w14:textId="77777777" w:rsidR="00D952D5" w:rsidRDefault="00A76141">
      <w:r>
        <w:t>- partlaýjy zatlary we olaryň esasynda döredilen önümleri, partlaýjy enjamlary we olaryň</w:t>
      </w:r>
      <w:r>
        <w:t xml:space="preserve"> maketlerini, zäherli, himiki we biologik howply zatlary we materiallary, ýangyn- we partlaýjy howply zatlary we materiallary, 1996-njy ýylyň 13-nji dekabrynda № 150-FZ "Ýarag Hakynda" Federal Kanuna laýyklykda ähli görnüşli ýarag we olaryň maketlerini geçirmek we saklamak;</w:t>
      </w:r>
    </w:p>
    <w:p w14:paraId="0986A869" w14:textId="77777777" w:rsidR="00D952D5" w:rsidRDefault="00A76141">
      <w:r>
        <w:t>- özbaşdak mebel, enjamlary, beýleki inventary, Uniwersitete degişli emlägi (bir ýaşaýyş jaýdan beýlekisine, umumy peýdalanmak ýerlerine we ş.m.) geçirmek, ýerini üýtgetmek ýa-da taşlamak;</w:t>
      </w:r>
    </w:p>
    <w:p w14:paraId="0DF7864F" w14:textId="77777777" w:rsidR="00D952D5" w:rsidRDefault="00A76141">
      <w:r>
        <w:t>- awariýa çykaryş ýollaryny we olara barýan ýollary, umumy peýdalanmak ýerlerini şahsy emläk bilen, şol sanda uly gabarytly emläk bilen ýapmak;</w:t>
      </w:r>
    </w:p>
    <w:p w14:paraId="6BE84715" w14:textId="77777777" w:rsidR="00D952D5" w:rsidRDefault="00A76141">
      <w:r>
        <w:t>- özbaşdak elektrik geçirijiniň üýtgemesini we elektrik ulgamynyň remontyny geçirmek, ýaşaýyş otaglarynda elektrik plitalary we gyzdyrýjileri SÝJKD-nyň başlygynyň ýazgy rugsady bolmazdan ulanmak;</w:t>
      </w:r>
    </w:p>
    <w:p w14:paraId="48FBEE49" w14:textId="77777777" w:rsidR="00D952D5" w:rsidRDefault="00A76141">
      <w:r>
        <w:t>- ýaşaýyş jaýda elektrik grilyalary, prožektorlary, islendik pirotexniki enjamlary, şeýle-de</w:t>
      </w:r>
      <w:r>
        <w:t xml:space="preserve"> ýokary temperaturaly enjamlary we açyk alawly ýa-da açyk spiral enjamlary özbaşdak ulanmak;</w:t>
      </w:r>
    </w:p>
    <w:p w14:paraId="03F13187" w14:textId="77777777" w:rsidR="00D952D5" w:rsidRDefault="00A76141">
      <w:r>
        <w:t>- zawod önümçiliginde öndürilmedik elektrik enjamlaryny we tok goragly uzaldyjy enjamlaryny ulanmak;</w:t>
      </w:r>
    </w:p>
    <w:p w14:paraId="5705B4B3" w14:textId="77777777" w:rsidR="00D952D5" w:rsidRDefault="00A76141">
      <w:r>
        <w:t>- özbaşdak ýiti güýçli aragatnaşyk we telewideniýe serişdeleriniň montajyny geçirmek;</w:t>
      </w:r>
    </w:p>
    <w:p w14:paraId="10F21AC3" w14:textId="77777777" w:rsidR="00D952D5" w:rsidRDefault="00A76141">
      <w:r>
        <w:t>- ýaşaýyş jaýa giriş üçin rugsady ýa-da otagyň açaryny (açaryň nusgasyny) başga adamlara bermek, ýa-da başga adamlardan başga otagyň açaryny ýa-da rugsady kabul etmek.</w:t>
      </w:r>
    </w:p>
    <w:p w14:paraId="32F95540" w14:textId="77777777" w:rsidR="00D952D5" w:rsidRDefault="00A76141">
      <w:r>
        <w:t>- diwarlara we ýaşaýyş otagynda we umumy peýdalanmak ýerlerinde beýleki ýüzleri, bu maksat üçin ýöriteleşdirilen ýerlerden başga, bildirişleri, grafikleri, reklama sanawlary we ş.m. ýapşyrmak, şeýle-de Uniwersitetiň we beýleki adamlaryň emlägine beýleki usullar bilen zeper ýetirmek (suratlary, ýazgylary, çyzgylary, basmalary we beýleki täsirleri ýüzlere ýetirmek);</w:t>
      </w:r>
    </w:p>
    <w:p w14:paraId="22484AC0" w14:textId="77777777" w:rsidR="00D952D5" w:rsidRDefault="00A76141">
      <w:r>
        <w:t>- çilim çekmek (şol sanda kalyan, wape, elektronik çilim) we ýaşaýyş jaýyň otaglarynda we territoriýasynda açyk alaw çeşmelerini ulanmak;</w:t>
      </w:r>
    </w:p>
    <w:p w14:paraId="4A685AB3" w14:textId="77777777" w:rsidR="00D952D5" w:rsidRDefault="00A76141">
      <w:r>
        <w:t>- gapynyň gulbanynyň üýtgemesi ýa-da çalşylmagy, ýa-da giriş gapylaryna goşmaça gulbalar ýa-da beýleki gulplama enjamlaryny ýaşaýyş jaýyň müdiriniň ýazgy rugsady bolmazdan gurmak;</w:t>
      </w:r>
    </w:p>
    <w:p w14:paraId="206C72A6" w14:textId="77777777" w:rsidR="00D952D5" w:rsidRDefault="00A76141">
      <w:r>
        <w:t>- hammal we suwuklyklary penjerelerden we balkonlardan taşlamak, şeýle-de hajathanalara, kanalizasiýa ulgamyny we ýakyn çägini zyýan etmek;</w:t>
      </w:r>
    </w:p>
    <w:p w14:paraId="7B771A2D" w14:textId="77777777" w:rsidR="00D952D5" w:rsidRDefault="00A76141">
      <w:r>
        <w:t>- azyk önümlerini, zatlary we ş.m. penjere ganjylarynyň köçe tarapyndan saklamak;</w:t>
      </w:r>
    </w:p>
    <w:p w14:paraId="23342251" w14:textId="77777777" w:rsidR="00D952D5" w:rsidRDefault="00A76141">
      <w:r>
        <w:t>- ýaşaýyş otaglaryny we umumy peýdalanmak otaglaryny maksatdan daşary ulanmak, otaglarda</w:t>
      </w:r>
      <w:r>
        <w:t xml:space="preserve"> beýleki ýaşaýanlaryň otagdan peýdalanmagyna päsgelçilik döredýän uly gabarytly zatlary saklamak;</w:t>
      </w:r>
    </w:p>
    <w:p w14:paraId="22153B8B" w14:textId="77777777" w:rsidR="00D952D5" w:rsidRDefault="00A76141">
      <w:r>
        <w:t>- özbaşdak dezinfeksiýa geçirýän hünärmenleri çagyrmak, ýa-da SÝJKD-nyň dolandyryşy bilen ylalaşykda otaglary özbaşdak işlemek;</w:t>
      </w:r>
    </w:p>
    <w:p w14:paraId="239A0D3A" w14:textId="77777777" w:rsidR="00D952D5" w:rsidRDefault="00A76141">
      <w:r>
        <w:t>- otagda haýwanlary saklamak;</w:t>
      </w:r>
    </w:p>
    <w:p w14:paraId="67FA39B8" w14:textId="77777777" w:rsidR="00D952D5" w:rsidRDefault="00A76141">
      <w:r>
        <w:t>- ýaşaýyş jaýyň jaýynda şahsy hereketlilik we ulag serişdelerini, şolara degişli zapas bölekleri we sarp edijilik materiallaryny geçirmek we saklamak, akkumulýator batareýalaryny zaraýt etmek;</w:t>
      </w:r>
    </w:p>
    <w:p w14:paraId="058524E9" w14:textId="77777777" w:rsidR="00D952D5" w:rsidRDefault="00A76141">
      <w:r>
        <w:t>- nägilelik bilen gürrüň etmek, işgärlerine, Uniwersitetiň okuwçylaryna we beýleki adamlara, ýaşaýyş jaýlarda ýaşaýanlara, ýa-da hyzmat edýän guramalaryň işgärlerine ýa-da myhmanlara hormatsyzlyk görkezýän hereketleri we işleri amala aşyrmak, şeýle-de beýleki adamyň saglygyna zeper ýetirýän hereketleri amala aşyrmak;</w:t>
      </w:r>
    </w:p>
    <w:p w14:paraId="5FE5A2AF" w14:textId="77777777" w:rsidR="00D952D5" w:rsidRDefault="00A76141">
      <w:r>
        <w:t>- SÝJKD-nyň işgärlerine ýaşaýanlaryň häzirki Düzgünleri eýermegini, hasaba durmagyň, sanitari ýagdaýyny we ýangyn howpsuzlygynyň ýaşaýyş jaýlaryny we umumy peýdalanmak</w:t>
      </w:r>
      <w:r>
        <w:t xml:space="preserve"> ýerlerini gözegçilik etmek işlerini amala aşyrmagyna päsgelçilik etmek;</w:t>
      </w:r>
    </w:p>
    <w:p w14:paraId="079EFB94" w14:textId="77777777" w:rsidR="00D952D5" w:rsidRDefault="00A76141">
      <w:r>
        <w:t>- ýaşaýyş jaýyň territoriýasynda telekeçilik işini amala aşyrmak, zatlaryň (önümleriň) öndürilmegi, saklanmagy, soňraky satmak üçin niýetlenen;</w:t>
      </w:r>
    </w:p>
    <w:p w14:paraId="792614BC" w14:textId="77777777" w:rsidR="00D952D5" w:rsidRDefault="00A76141">
      <w:r>
        <w:t>- şahsy hereketlilik we ulag serişdelerini ýaşaýyş jaýyň jaýyna ýakyn çägide goýmak/parlawmak;</w:t>
      </w:r>
    </w:p>
    <w:p w14:paraId="44F66470" w14:textId="77777777" w:rsidR="00D952D5" w:rsidRDefault="00A76141">
      <w:r>
        <w:t>- beýleki adamlaryň hukuklaryny we kanuny hukuklaryny bozýan beýleki hereketleri amala aşyrmak.</w:t>
      </w:r>
    </w:p>
    <w:p w14:paraId="3B77E4FE" w14:textId="77777777" w:rsidR="00D952D5" w:rsidRDefault="00A76141">
      <w:r>
        <w:rPr>
          <w:b/>
        </w:rPr>
        <w:t>6 Ýaşaýyş jaýyň dolandyryşynyň hukuklary we borçlary</w:t>
      </w:r>
    </w:p>
    <w:p w14:paraId="0198C8FB" w14:textId="77777777" w:rsidR="00D952D5" w:rsidRDefault="00A76141">
      <w:r>
        <w:t>6.1. Ýaşaýyş jaýyň dolandyryşy şu Hukuklara eýe:</w:t>
      </w:r>
    </w:p>
    <w:p w14:paraId="5D62FD74" w14:textId="77777777" w:rsidR="00D952D5" w:rsidRDefault="00A76141">
      <w:r>
        <w:t>- ýaşaýyş jaýlarda ýaşamak şertlerini gowulandyrmak baradaky teklipleri SÝJKD-nyň başlygyna bermek;</w:t>
      </w:r>
    </w:p>
    <w:p w14:paraId="39A234CB" w14:textId="77777777" w:rsidR="00D952D5" w:rsidRDefault="00A76141">
      <w:r>
        <w:t>- ýaşaýyş jaýyň Studgeňeşi bilen bilelikde häzirki Düzgünleri bozýanlara terbiýe çäresiniň ulanylmagy baradaky teklipleri Uniwersitetiň rektoryna gözden geçirmäge tabşyrmak;</w:t>
      </w:r>
    </w:p>
    <w:p w14:paraId="1ED01309" w14:textId="77777777" w:rsidR="00D952D5" w:rsidRDefault="00A76141">
      <w:r>
        <w:t>- ýaşaýanlaryň bir otagdan beýleki otaga köçürilmegi baradaky karary kabul etmek;</w:t>
      </w:r>
    </w:p>
    <w:p w14:paraId="2F76F818" w14:textId="77777777" w:rsidR="00D952D5" w:rsidRDefault="00A76141">
      <w:r>
        <w:t>- ýaşaýanyň ýoklugynda SÝJKD-nyň komissiýasynyň azyndan 3 adamdan ybarat agzalary</w:t>
      </w:r>
      <w:r>
        <w:t xml:space="preserve"> tarapyndan ýaşaýyş otagynyň gözden geçirilmegini geçirmek, häzirki Düzgünleriň eýerilmegini gözegçilik etmek, emlägiň saklanmagyny barlamak, profilaktiki we beýleki işleri geçirmek, şol sanda dezinfeksiýa. Ýaşaýyş jaýlaryny gözden geçirmek hukugyna eýe bolan adamlaryň sanawy SÝJKD-nyň başlygy tarapyndan tassyklanýar. Zerur bolsa, komissiýanyň düzümine Uniwersitetiň Tertip we Howpsuzlyk Hyzmatynyň işgäri, şeýle-de fakultetiň dekanatynyň</w:t>
      </w:r>
      <w:r>
        <w:t xml:space="preserve"> wekili ýa-da Ýaşaýyş jaýyň Studgeňeşiniň wekili girip bilýär. Ýaşaýanyň ýoklugynda otagyň gözden geçirilmegi boýunça degişli akt ýasalýar.</w:t>
      </w:r>
    </w:p>
    <w:p w14:paraId="02187090" w14:textId="77777777" w:rsidR="00D952D5" w:rsidRDefault="00A76141">
      <w:r>
        <w:t>6.2. Ýaşaýyş jaýyň dolandyryşy şu Borçlary ýüklenýär:</w:t>
      </w:r>
    </w:p>
    <w:p w14:paraId="7EA2EE7E" w14:textId="77777777" w:rsidR="00D952D5" w:rsidRDefault="00A76141">
      <w:r>
        <w:t>- ýaşaýanlaryň ýaşaýan ýeri boýunça hasaba durmagy üçin resminamalary hödürlenmegini üpjün etmek;</w:t>
      </w:r>
    </w:p>
    <w:p w14:paraId="4BA46218" w14:textId="77777777" w:rsidR="00D952D5" w:rsidRDefault="00A76141">
      <w:r>
        <w:t>- ýaşaýyş jaýyna berginiň bolmanlygyny gözegçilik etmek üçin her ýyl fakultetleriň dekanatlaryna, IHO-na, okuwyny gutarýan we ýaşaýyş jaýyndan çykýanlaryň sanawlaryny bermek;</w:t>
      </w:r>
    </w:p>
    <w:p w14:paraId="7C5408F5" w14:textId="77777777" w:rsidR="00D952D5" w:rsidRDefault="00A76141">
      <w:r>
        <w:t>- ýaşaýyş jaýlarynyň otaglaryny bellenen sanitari düzgünlerine laýyklykda saklamak;</w:t>
      </w:r>
    </w:p>
    <w:p w14:paraId="3EE8A1D4" w14:textId="77777777" w:rsidR="00D952D5" w:rsidRDefault="00A76141">
      <w:r>
        <w:t>- ýaşaýyş jaýyny mebel, enjam, bedre degişlilikleri we beýleki inventar bilen doldurmak;</w:t>
      </w:r>
    </w:p>
    <w:p w14:paraId="7D952165" w14:textId="77777777" w:rsidR="00D952D5" w:rsidRDefault="00A76141">
      <w:r>
        <w:t>- ýaşaýyş jaýynyň häzirki we esasy remontyny, enjamlaryň, enjamlaryň geçirmek, onuň ýaşaýyş jaýyna degişli territoriýany, ýaşyl nasazlyklary laýyk ýagdaýda saklamak;</w:t>
      </w:r>
    </w:p>
    <w:p w14:paraId="5D2F28A9" w14:textId="77777777" w:rsidR="00D952D5" w:rsidRDefault="00A76141">
      <w:r>
        <w:t>- ýaşaýyş jaýyň hyzmat edýän guramasy tarapyndan kanalizasiýa, elektrik, suw we gaz</w:t>
      </w:r>
      <w:r>
        <w:t xml:space="preserve"> üpjünçiliginiň ulgamalaryndaky näsazlyklary aýyrmak üçin ähli mümkin çäreleri kabul etmek;</w:t>
      </w:r>
    </w:p>
    <w:p w14:paraId="7537B6BB" w14:textId="77777777" w:rsidR="00D952D5" w:rsidRDefault="00A76141">
      <w:r>
        <w:t>- ýaşaýyş jaýlarda ýaşaýanlara özbaşdak meşgullanmak üçin, dynç alyş otaglary, бытовой otaglary hödürlenmegini üpjün etmek;</w:t>
      </w:r>
    </w:p>
    <w:p w14:paraId="756A0DE1" w14:textId="77777777" w:rsidR="00D952D5" w:rsidRDefault="00A76141">
      <w:r>
        <w:t>- okuwçylaryň hassalanmagy ýagdaýynda olary lukmançylyk görkezmesi boýunça başga aýratyn otaga köçürmek;</w:t>
      </w:r>
    </w:p>
    <w:p w14:paraId="00A36ACD" w14:textId="77777777" w:rsidR="00D952D5" w:rsidRDefault="00A76141">
      <w:r>
        <w:rPr>
          <w:b/>
        </w:rPr>
        <w:t>7 SÝJKD-nyň dolandyryşynyň hukuklary we borçlary</w:t>
      </w:r>
    </w:p>
    <w:p w14:paraId="1844E9E8" w14:textId="77777777" w:rsidR="00D952D5" w:rsidRDefault="00A76141">
      <w:r>
        <w:t>7.1. SÝJKD-nyň dolandyryşy şu Hukuklara eýe:</w:t>
      </w:r>
    </w:p>
    <w:p w14:paraId="26CE1BF0" w14:textId="77777777" w:rsidR="00D952D5" w:rsidRDefault="00A76141">
      <w:r>
        <w:t>- student özbaşdak dolandyryşynyň aktiwiniň üstünlikli işi üçin çäreleri kabul etmek;</w:t>
      </w:r>
    </w:p>
    <w:p w14:paraId="4C127D12" w14:textId="77777777" w:rsidR="00D952D5" w:rsidRDefault="00A76141">
      <w:r>
        <w:t>- ýaşaýanlardan ýaşaýyş jaý, kommunal we goşmaça hyzmatlaryň töleginiň wagtynda tölenmegini talap etmek;</w:t>
      </w:r>
    </w:p>
    <w:p w14:paraId="7C550A8B" w14:textId="77777777" w:rsidR="00D952D5" w:rsidRDefault="00A76141">
      <w:r>
        <w:t>- pasport tertibiniň, ýaşaýan ýeri boýunça hasaba durmagyň eýerilmegini barlamak;</w:t>
      </w:r>
    </w:p>
    <w:p w14:paraId="65826769" w14:textId="77777777" w:rsidR="00D952D5" w:rsidRDefault="00A76141">
      <w:r>
        <w:t>- ýaşaýyş jaýlarda ýaşaýanlary ýaşaýyş jaýyň Studgeňeşi bilen bilelikde sapakdan başga wagtda özbaşdak abadançylyk, ýaşyl ýerleriň abadançylygy we beýleki işlerine, ýaşaýyş jaýlarynyň otaglarynyň remontyna, ýaşaýyş jaýlaryň we degişli territoriýanyň ýygnak</w:t>
      </w:r>
      <w:r>
        <w:t xml:space="preserve"> süpürmek işlerine we beýleki işlere iş howpsuzlygy düzgünlerine eýermek bilen çekmek.</w:t>
      </w:r>
    </w:p>
    <w:p w14:paraId="56C61D28" w14:textId="77777777" w:rsidR="00D952D5" w:rsidRDefault="00A76141">
      <w:r>
        <w:t>7.2. SÝJKD-nyň dolandyryşy şu Borçlary ýüklenýär:</w:t>
      </w:r>
    </w:p>
    <w:p w14:paraId="09596499" w14:textId="77777777" w:rsidR="00D952D5" w:rsidRDefault="00A76141">
      <w:r>
        <w:t>- mätäç okuwçylaryň ýaşaýyş jaýlarynda ýerleriň Russiýa Federasiýasynyň kanunçylygynda bellenen ýaşaýyş jaýlarynda ýaşamak normalaryna laýyklykda üpjün edilmegini üpjün etmek;</w:t>
      </w:r>
    </w:p>
    <w:p w14:paraId="4574E59F" w14:textId="77777777" w:rsidR="00D952D5" w:rsidRDefault="00A76141">
      <w:r>
        <w:t>- ýaşaýyş jaýa köçürilende we soňraky ýaşamakda ýaşaýanlary ýaşaýyş jaýlarda ýaşamak meselelerini düzümlendiren ýerli düzgünnama resminamalar barada habarly etmek;</w:t>
      </w:r>
    </w:p>
    <w:p w14:paraId="3099ECC3" w14:textId="77777777" w:rsidR="00D952D5" w:rsidRDefault="00A76141">
      <w:r>
        <w:t>- ýaşaýyş jaýlarynyň otaglaryny bellenen sanitari düzgünlerine we normalaryna laýyklykda laýyk ýagdaýda saklamak;</w:t>
      </w:r>
    </w:p>
    <w:p w14:paraId="1C1CD32D" w14:textId="77777777" w:rsidR="00D952D5" w:rsidRDefault="00A76141">
      <w:r>
        <w:t>- ýaşaýanlar bilen ýaşaýyş jaýynyň hödürlenmegi şertnamalaryny baglaşmak we ýerine ýetirmek;</w:t>
      </w:r>
    </w:p>
    <w:p w14:paraId="18DE3320" w14:textId="77777777" w:rsidR="00D952D5" w:rsidRDefault="00A76141">
      <w:r>
        <w:t>- ýaşaýyş jaýyny mebel, enjam, bedre degişlilikleri we beýleki inventar bilen doldurmak;</w:t>
      </w:r>
    </w:p>
    <w:p w14:paraId="1F5C1AEF" w14:textId="77777777" w:rsidR="00D952D5" w:rsidRDefault="00A76141">
      <w:r>
        <w:t>- ýaşaýyş jaýlaryny hyzmat edýän işgärler bilen bellenen tertipde doldurmak;</w:t>
      </w:r>
    </w:p>
    <w:p w14:paraId="2B82012B" w14:textId="77777777" w:rsidR="00D952D5" w:rsidRDefault="00A76141">
      <w:r>
        <w:t>- student ýaşaýyş jaýynyň, enjamlaryň, enjamlaryň tehniki ýagdaýyny gözegçilik etmek,</w:t>
      </w:r>
      <w:r>
        <w:t xml:space="preserve"> onuň ýaşaýyş jaýyna degişli territoriýany we ýaşyl nasazlyklary laýyk ýagdaýda saklamak;</w:t>
      </w:r>
    </w:p>
    <w:p w14:paraId="357386E5" w14:textId="77777777" w:rsidR="00D952D5" w:rsidRDefault="00A76141">
      <w:r>
        <w:rPr>
          <w:b/>
        </w:rPr>
        <w:t>8 Student ýaşaýyş jaýynyň jemgyýetçilik dolandyryş organlary</w:t>
      </w:r>
    </w:p>
    <w:p w14:paraId="2C0AC27B" w14:textId="77777777" w:rsidR="00D952D5" w:rsidRDefault="00A76141">
      <w:r>
        <w:t>8.1. Ýaşaýyş jaýlarda ýaşaýanlar tarapyndan özbaşdak dolandyryş organy - ýaşaýyş jaýyň studentler geňeşi (mundan beýläk - Ýaşaýyş jaýyň Studgeňeşi) saýlanýar, ol olaryň bähbitlerini wekilleýär. Ýaşaýyş jaýyň Studgeňeşi otaglaryň (bloklaryň) starostalarynyň işini utgaşdyrýar, ýaşaýyş jaýynyň özbaşdak abadançylyk işini gurnaýar, ýaşaýanlary</w:t>
      </w:r>
      <w:r>
        <w:t xml:space="preserve"> ýaşaýyş jaýyň we onuň ýanyndaky territoriýada jemgyýetçilik peýdaly işlere köwünç tertipde çekýär, materiallaryň bahalylygynyň saklanmagyny gözegçilik etmekde ýaşaýyş jaýyň dolandyryşyna kömek edýär, kultura-massyw işini geçirmek gurnaýar. Ýaşaýyş jaýyň Studgeňeşi öz işinde häzirki Düzgünler we Ýaşaýyş jaýyň Studgeňeşi hakynda düzgünname bilen ýolbaşçylyk edýär.</w:t>
      </w:r>
    </w:p>
    <w:p w14:paraId="33D3A082" w14:textId="77777777" w:rsidR="00D952D5" w:rsidRDefault="00A76141">
      <w:r>
        <w:t>8.2. Her otagda (blokda) ýaşaýyş jaýynda starosta saýlanýar. Otagyň (blokyň) starostasy</w:t>
      </w:r>
      <w:r>
        <w:t xml:space="preserve"> ýaşaýanlaryň otagda (blokda) bolan emläge ägir çemeleşmegini, otagyň (blokyň) arassaçylygyny we tertibini gözegçilik edýär. Otagyň (blokyň) starostasy öz işinde häzirki Düzgünler, Ýaşaýyş jaýyň Studgeňeşiniň we ýaşaýyş jaýyň dolandyryşynyň kararlary bilen ýolbaşçylyk edýär.</w:t>
      </w:r>
    </w:p>
    <w:p w14:paraId="58C15B10" w14:textId="77777777" w:rsidR="00D952D5" w:rsidRDefault="00A76141">
      <w:r>
        <w:rPr>
          <w:b/>
        </w:rPr>
        <w:t>9 Häzirki Düzgünleriň bozulmagy üçin jogapkärçilik</w:t>
      </w:r>
    </w:p>
    <w:p w14:paraId="0CCF6BBA" w14:textId="77777777" w:rsidR="00D952D5" w:rsidRDefault="00A76141">
      <w:r>
        <w:t>9.1. Häzirki Düzgünleriň ýerine ýetirilmegi ýa-da bozulmagy üçin ýaşaýanlara aşakdaky terbiýe çäresi ulanylyp bilner:</w:t>
      </w:r>
    </w:p>
    <w:p w14:paraId="0C647C2A" w14:textId="77777777" w:rsidR="00D952D5" w:rsidRDefault="00A76141">
      <w:r>
        <w:t>a) bellik;</w:t>
      </w:r>
    </w:p>
    <w:p w14:paraId="05FC1693" w14:textId="77777777" w:rsidR="00D952D5" w:rsidRDefault="00A76141">
      <w:r>
        <w:t>b) haýyş;</w:t>
      </w:r>
    </w:p>
    <w:p w14:paraId="32FACB89" w14:textId="77777777" w:rsidR="00D952D5" w:rsidRDefault="00A76141">
      <w:r>
        <w:t>w) Uniwersitetden çykarmak.</w:t>
      </w:r>
    </w:p>
    <w:p w14:paraId="5A5F2135" w14:textId="77777777" w:rsidR="00D952D5" w:rsidRDefault="00A76141">
      <w:r>
        <w:t>9.2. Her terbiýe bozulmagy üçin diňe bir terbiýe çäresi ulanylyp bilner. Terbiýe çäresini saýlamakda Uniwersitet terbiýe bozulmagynyň agyrlygyny, onuň sebäplerini we ýagdaýlaryny, okuwçynyň öňki öz-özüni alyp barşyny, onuň psihofiziki we emosiýonal ýagdaýyny, şeýle-de okuwçylaryň geňeşleriniň, okuwçylaryň wekilleýin organlarynyň, ata-analaryň (kanuny wekilleýinleriň) pikirlerini eýerýär.</w:t>
      </w:r>
    </w:p>
    <w:p w14:paraId="0E89D150" w14:textId="77777777" w:rsidR="00D952D5" w:rsidRDefault="00A76141">
      <w:r>
        <w:t>9.3. Okuwçylara hassalyk, dynç alyş, akademik aralyk, bäbek göwrelilik we dogurmak</w:t>
      </w:r>
      <w:r>
        <w:t xml:space="preserve"> aralygy, ýa-da bäbege gözegçilik aralygy wagtynda terbiýe çäresi ulanylmagy rugsat edilmeýär.</w:t>
      </w:r>
    </w:p>
    <w:p w14:paraId="582FA27B" w14:textId="77777777" w:rsidR="00D952D5" w:rsidRDefault="00A76141">
      <w:r>
        <w:t>9.4. Terbiýe çäresini ulanmazdan öň Uniwersitet okuwçydan ýazgy düşündiriş talap etmeli. Eger üç okuw gününden soň görkezilen düşündiriş okuwçy tarapyndan berilmedik bolsa, degişli akt ýasalýar. Okuwçynyň ýazgy düşündiriş bermekden ýüz öwürmegi ýa-da boýun gaçyrmagy terbiýe çäresiniň ulanylmagyna päsgelçilik bolup durmaýar.</w:t>
      </w:r>
    </w:p>
    <w:p w14:paraId="36794045" w14:textId="77777777" w:rsidR="00D952D5" w:rsidRDefault="00A76141">
      <w:r>
        <w:t>9.5. Terbiýe çäresi bozulmagy anyklan gününden bir aýdan soň we onuň amala aşyrylan</w:t>
      </w:r>
      <w:r>
        <w:t xml:space="preserve"> gününden alty aýdan soň ulanylýar, okuwçynyň 9.3 degişli nusgada görkezilen ýoklugy wagty hasaplanmazdan, şeýle-de okuwçylaryň geňeşleriniň, okuwçylaryň wekilleýin organlarynyň, ata-analaryň (kanuny wekilleýinleriň) pikirleriniň hasaba alynmagy üçin zerur bolan wagt hasaplanmazdan, ýöne ýokarda görkezilen geňeşler we organlaryň motivirlenen pikirleriniň rektora ýazgy şekilde berilmeginden soň ýedi okuw gününden köp bolmazlyk.</w:t>
      </w:r>
    </w:p>
    <w:p w14:paraId="64A36D02" w14:textId="77777777" w:rsidR="00D952D5" w:rsidRDefault="00A76141">
      <w:r>
        <w:t>9.6. On bäş ýaşyna ýetmiş, ýetmiş ýaşa çenli okuwçynyň Uniwersitetden çykarylmagy terbiýe çäresi hökmünde köp gezek terbiýe bozulmalary üçin rugsat edilýär. Görkezilen terbiýe çäresi ulanylýar, eger beýleki terbiýe çäresileri we pedagogik täsir çäresileri netije bermese we okuwçynyň Uniwersitetde dowamlaýyn bolmagy beýleki okuwçylara ýaramsyz täsir edýär, olaryň hukuklaryny we Uniwersitetiň işgärleriniň hukuklaryny bozýar, şeýle-de Uniwersitetiň normal işlemegini bozýar.</w:t>
      </w:r>
      <w:r>
        <w:t xml:space="preserve"> Ýetmiş ýaşa çenli okuwçynyň terbiýe çäresi hökmünde Uniwersitetden çykarylmagy ulanylmaýar, eger öň ulanylan terbiýe çäresileriniň möhleti gutarmasa we (ýa-da) terbiýe çäresileri bellenen tertipde aýrylmasa.</w:t>
      </w:r>
    </w:p>
    <w:p w14:paraId="6C99CCAD" w14:textId="77777777" w:rsidR="00D952D5" w:rsidRDefault="00A76141">
      <w:r>
        <w:t>9.7. Yetim okuwçylaryň, ata-anasyz galan çagalaryň Uniwersitetden çykarylmagy baradaky karar ýetmiş ýaşa çenli işler boýunça komissiýanyň we golaýynyň we himaýesiniň organynyň razylygy bilen kabul edilýär.</w:t>
      </w:r>
    </w:p>
    <w:p w14:paraId="634DF8B7" w14:textId="77777777" w:rsidR="00D952D5" w:rsidRDefault="00A76141">
      <w:r>
        <w:t>9.8. Ýetmiş ýaşa çenli okuwçynyň terbiýe çäresi hökmünde Uniwersitetden çykarylmasy</w:t>
      </w:r>
      <w:r>
        <w:t xml:space="preserve"> barada Uniwersitet ýerli özbaşdak dolandyryşynyň bilim meýdanyny dolandyryşynyň organyna derrew habar bermeli.</w:t>
      </w:r>
    </w:p>
    <w:p w14:paraId="414B65AA" w14:textId="77777777" w:rsidR="00D952D5" w:rsidRDefault="00A76141">
      <w:r>
        <w:t>9.9. Terbiýe çäresiniň ulanylmagy Uniwersitetiň rektorynyň SÝJKD-nyň başlygynyň iş hataryna esasynda buýrugy bilen resminamalaşdyrylýar. Buýruk okuwçyga, ýetmiş ýaşa çenli okuwçynyň ata-analaryna (kanuny wekilleýinlerine) onuň çap edilen gününden başlap üç okuw günüň dowamynda gol çekmek bilen ýetirilýär, okuwçynyň Uniwersitetde ýoklugy wagty hasaplanmazdan.</w:t>
      </w:r>
      <w:r>
        <w:t xml:space="preserve"> Okuwçynyň, ýetmiş ýaşa çenli okuwçynyň ata-analarynyň (kanuny wekilleýinleriniň) buýruk bilen gol çekmek bilen tanyşmakdan ýüz öwürmegi degişli akt bilen resminamalaşdyrylýar.</w:t>
      </w:r>
    </w:p>
    <w:p w14:paraId="0487F4CA" w14:textId="77777777" w:rsidR="00D952D5" w:rsidRDefault="00A76141">
      <w:r>
        <w:rPr>
          <w:b/>
        </w:rPr>
        <w:t>10 Ýaşaýyş jaýyndan çykarylmasyň tertibi</w:t>
      </w:r>
    </w:p>
    <w:p w14:paraId="6EC6AE8A" w14:textId="77777777" w:rsidR="00D952D5" w:rsidRDefault="00A76141">
      <w:r>
        <w:t>10.1. Ýaşaýyş jaýynyň hödürlenmegi şertnamasynyň ýatyrylmagy ýa-da gutarmagy ýagdaýynda ýaşaýanlar ýaşaýyş jaýy üç günüň dowamynda boşatmalydyr.</w:t>
      </w:r>
    </w:p>
    <w:p w14:paraId="5722D712" w14:textId="77777777" w:rsidR="00D952D5" w:rsidRDefault="00A76141">
      <w:r>
        <w:t>10.2. Ýaşaýyş jaýynyň hödürlenmegi şertnamasy aşakdaky ýagdaýlarda ýatyrylýar:</w:t>
      </w:r>
    </w:p>
    <w:p w14:paraId="6EA1BFCD" w14:textId="77777777" w:rsidR="00D952D5" w:rsidRDefault="00A76141">
      <w:r>
        <w:t>1) islendik wagtda taraplaryň ylalaşygy bilen;</w:t>
      </w:r>
    </w:p>
    <w:p w14:paraId="4E481BC0" w14:textId="77777777" w:rsidR="00D952D5" w:rsidRDefault="00A76141">
      <w:r>
        <w:t>2) islendik wagtda Häkiniň islegi bilen;</w:t>
      </w:r>
    </w:p>
    <w:p w14:paraId="3F5D6D64" w14:textId="77777777" w:rsidR="00D952D5" w:rsidRDefault="00A76141">
      <w:r>
        <w:t>3) Uniwersitetiň talaby bilen sud tertipde aşakdaky ýagdaýlarda:</w:t>
      </w:r>
    </w:p>
    <w:p w14:paraId="7E3A6A98" w14:textId="77777777" w:rsidR="00D952D5" w:rsidRDefault="00A76141">
      <w:r>
        <w:t>- Häkirden ýaşaýyş jaý we (ýa-da) kommunal hyzmatlar töleginiň azyndan 6 aý dowamynda tölenmezligi;</w:t>
      </w:r>
    </w:p>
    <w:p w14:paraId="22183E2F" w14:textId="77777777" w:rsidR="00D952D5" w:rsidRDefault="00A76141">
      <w:r>
        <w:t>- Häkir ýa-da onuň maşgalanyň agzalary tarapyndan ýaşaýyş jaýynyň ýykylmagy ýa-da zeper ýetirilmegi;</w:t>
      </w:r>
    </w:p>
    <w:p w14:paraId="17165962" w14:textId="77777777" w:rsidR="00D952D5" w:rsidRDefault="00A76141">
      <w:r>
        <w:t>- gonşylaryň hukuklarynyň we kanuny hukuklarynyň sistematik bozulmagy;</w:t>
      </w:r>
    </w:p>
    <w:p w14:paraId="4F6FC2F1" w14:textId="77777777" w:rsidR="00D952D5" w:rsidRDefault="00A76141">
      <w:r>
        <w:t>- ýaşaýyş jaýynyň maksatdan daşary ulanylmagy.</w:t>
      </w:r>
    </w:p>
    <w:p w14:paraId="0D967630" w14:textId="77777777" w:rsidR="00D952D5" w:rsidRDefault="00A76141">
      <w:r>
        <w:t>10.3. Ýaşaýyş jaýynyň hödürlenmegi şertnamasy aşakdaky ýagdaýlarda güýjini ýetirýär:</w:t>
      </w:r>
    </w:p>
    <w:p w14:paraId="6040D2B9" w14:textId="77777777" w:rsidR="00D952D5" w:rsidRDefault="00A76141">
      <w:r>
        <w:t>- ýaşaýyş jaýynyň hödürlenmegi şertnamasynyň möhletiniň gutarmagy;</w:t>
      </w:r>
    </w:p>
    <w:p w14:paraId="31E0E165" w14:textId="77777777" w:rsidR="00D952D5" w:rsidRDefault="00A76141">
      <w:r>
        <w:t>- okuwçynyň Uniwersitetden çykarylmasy;</w:t>
      </w:r>
    </w:p>
    <w:p w14:paraId="1B339F88" w14:textId="77777777" w:rsidR="00D952D5" w:rsidRDefault="00A76141">
      <w:r>
        <w:t>- işgäriň Uniwersitetden boşadylmasy;</w:t>
      </w:r>
    </w:p>
    <w:p w14:paraId="267BF4F5" w14:textId="77777777" w:rsidR="00D952D5" w:rsidRDefault="00A76141">
      <w:r>
        <w:t>- ýaşaýyş jaýynyň ýitirilmegi (ýykylmagy);</w:t>
      </w:r>
    </w:p>
    <w:p w14:paraId="7C711897" w14:textId="77777777" w:rsidR="00D952D5" w:rsidRDefault="00A76141">
      <w:r>
        <w:t>- ýaşaýanyň, ýaşaýyş jaýynyň Häkini bolup durýanyň ölümü.</w:t>
      </w:r>
    </w:p>
    <w:p w14:paraId="19C964E6" w14:textId="77777777" w:rsidR="00D952D5" w:rsidRDefault="00A76141">
      <w:r>
        <w:t>10.4. Ýaşaýyş jaýyndan ýaşaýanlaryň çykarylmasy Uniwersitetiň rektorynyň buýrugy esasynda amala aşyrylýar. Ýaşaýyş jaýyndan çykarylýan ýagdaýynda ýaşaýan ýaşaýyş jaýyň müdirine köçürilende alnan</w:t>
      </w:r>
      <w:r>
        <w:t xml:space="preserve"> ähli emlägi tabşyrmalydyr. Emlägiň ýitirilmegi ýa-da zeper ýetirilmegi ýagdaýynda ýaşaýan zeper ýetirilen zyýany doly hümmümda tölemeli.</w:t>
      </w:r>
    </w:p>
    <w:p w14:paraId="5E3091C3" w14:textId="77777777" w:rsidR="00D952D5" w:rsidRDefault="00A76141">
      <w:r>
        <w:rPr>
          <w:b/>
        </w:rPr>
        <w:t>11 Häzirki Düzgünleriň tassyklanmagy we üýtgetmeleriň girizilmegiň tertibi</w:t>
      </w:r>
    </w:p>
    <w:p w14:paraId="0854C740" w14:textId="77777777" w:rsidR="00D952D5" w:rsidRDefault="00A76141">
      <w:r>
        <w:t>Häzirki Düzgünlerde üýtgetmeleriň girizilmegi baradaky teklipler SÝJKD-nyň başlygy tarapyndan terbiýeçilik we sosial iş boýunça prorektora ýa-da Uniwersitetiň rektoryna tabşyrylýar. Üýtgetmeler girizilen Düzgünler bellenen tertipde tassyklanmaly we gaýtadan hasaba alynmaly.</w:t>
      </w:r>
    </w:p>
    <w:p w14:paraId="376C9AD2" w14:textId="77777777" w:rsidR="00D952D5" w:rsidRDefault="00A76141">
      <w:r>
        <w:rPr>
          <w:b/>
        </w:rPr>
        <w:t>12 Häzirki Düzgünleriň nusgalarynyň saklanmagy we geçirilmegi</w:t>
      </w:r>
    </w:p>
    <w:p w14:paraId="5C7C4972" w14:textId="77777777" w:rsidR="00D952D5" w:rsidRDefault="00A76141">
      <w:r>
        <w:t>Düzgünleriň birinji nusgasy ylalaşyk sanawy bilen bilelikde Kadr we Administratiw Sýasat Dolandyryşynyň Kadr bölüminde saklanýar, Kadr we Administratiw Sýasat Dolandyryşynyň kabul eden resminamasy bilen kserokopiýasy gurama bölüminde hasaba alynýar, elektron nusgasy - "WDU-nyň Normatiw Resminamalary" maglumatlar bazasynda saklanýar.</w:t>
      </w:r>
    </w:p>
    <w:p w14:paraId="271A8E7B" w14:textId="77777777" w:rsidR="00D952D5" w:rsidRDefault="00A76141">
      <w:r>
        <w:br/>
      </w:r>
      <w:r>
        <w:br/>
        <w:t>JOGAPKÄR ÝERINE ÝETIRIJI</w:t>
      </w:r>
      <w:r>
        <w:br/>
      </w:r>
      <w:r>
        <w:br/>
        <w:t>_____________________</w:t>
      </w:r>
      <w:r>
        <w:br/>
        <w:t>A.W. Wlasow</w:t>
      </w:r>
    </w:p>
    <w:sectPr w:rsidR="00D952D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87477823">
    <w:abstractNumId w:val="8"/>
  </w:num>
  <w:num w:numId="2" w16cid:durableId="1242175493">
    <w:abstractNumId w:val="6"/>
  </w:num>
  <w:num w:numId="3" w16cid:durableId="587156511">
    <w:abstractNumId w:val="5"/>
  </w:num>
  <w:num w:numId="4" w16cid:durableId="908350210">
    <w:abstractNumId w:val="4"/>
  </w:num>
  <w:num w:numId="5" w16cid:durableId="238365121">
    <w:abstractNumId w:val="7"/>
  </w:num>
  <w:num w:numId="6" w16cid:durableId="1830972734">
    <w:abstractNumId w:val="3"/>
  </w:num>
  <w:num w:numId="7" w16cid:durableId="873078441">
    <w:abstractNumId w:val="2"/>
  </w:num>
  <w:num w:numId="8" w16cid:durableId="1538616087">
    <w:abstractNumId w:val="1"/>
  </w:num>
  <w:num w:numId="9" w16cid:durableId="11876030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489B"/>
    <w:rsid w:val="0015074B"/>
    <w:rsid w:val="0029639D"/>
    <w:rsid w:val="0031357B"/>
    <w:rsid w:val="00326F90"/>
    <w:rsid w:val="00390DEC"/>
    <w:rsid w:val="00423C34"/>
    <w:rsid w:val="00440D54"/>
    <w:rsid w:val="005E463E"/>
    <w:rsid w:val="00631E85"/>
    <w:rsid w:val="007E23EF"/>
    <w:rsid w:val="008A6A38"/>
    <w:rsid w:val="00925B3B"/>
    <w:rsid w:val="00A76141"/>
    <w:rsid w:val="00AA1D8D"/>
    <w:rsid w:val="00B47730"/>
    <w:rsid w:val="00CB0664"/>
    <w:rsid w:val="00D952D5"/>
    <w:rsid w:val="00F74125"/>
    <w:rsid w:val="00FC693F"/>
    <w:rsid w:val="00FD27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EA47D3"/>
  <w14:defaultImageDpi w14:val="300"/>
  <w15:docId w15:val="{45F63820-EFC3-864D-BF83-90E452D27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4983</Words>
  <Characters>28407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Vepa Shukurov</cp:lastModifiedBy>
  <cp:revision>2</cp:revision>
  <dcterms:created xsi:type="dcterms:W3CDTF">2026-07-26T00:32:00Z</dcterms:created>
  <dcterms:modified xsi:type="dcterms:W3CDTF">2026-07-26T00:32:00Z</dcterms:modified>
  <cp:category/>
</cp:coreProperties>
</file>